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C55DBE" w:rsidRDefault="002A463B">
      <w:pPr>
        <w:spacing w:after="240"/>
      </w:pPr>
      <w:r>
        <w:rPr>
          <w:noProof/>
        </w:rPr>
        <w:drawing>
          <wp:inline distT="0" distB="0" distL="0" distR="0" wp14:anchorId="34E72C84" wp14:editId="07777777">
            <wp:extent cx="5897880" cy="797711"/>
            <wp:effectExtent l="0" t="0" r="0" b="0"/>
            <wp:docPr id="1" name="South Carolina Department of Education logo" descr="South Carolina Department of Education horizontal logo with palmetto tree and open book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rizontal_blue.png"/>
                    <pic:cNvPicPr/>
                  </pic:nvPicPr>
                  <pic:blipFill>
                    <a:blip r:embed="rId8"/>
                    <a:stretch>
                      <a:fillRect/>
                    </a:stretch>
                  </pic:blipFill>
                  <pic:spPr>
                    <a:xfrm>
                      <a:off x="0" y="0"/>
                      <a:ext cx="5897880" cy="797711"/>
                    </a:xfrm>
                    <a:prstGeom prst="rect">
                      <a:avLst/>
                    </a:prstGeom>
                  </pic:spPr>
                </pic:pic>
              </a:graphicData>
            </a:graphic>
          </wp:inline>
        </w:drawing>
      </w:r>
    </w:p>
    <w:p w14:paraId="45B6E547" w14:textId="77777777" w:rsidR="00C55DBE" w:rsidRDefault="002A463B">
      <w:pPr>
        <w:pStyle w:val="Title"/>
        <w:pBdr>
          <w:bottom w:val="single" w:sz="18" w:space="4" w:color="F1BA55"/>
        </w:pBdr>
      </w:pPr>
      <w:r>
        <w:rPr>
          <w:rFonts w:ascii="Poppins" w:eastAsia="Poppins" w:hAnsi="Poppins" w:cs="Poppins"/>
        </w:rPr>
        <w:t>South Carolina Charter School</w:t>
      </w:r>
      <w:r>
        <w:rPr>
          <w:rFonts w:ascii="Poppins" w:eastAsia="Poppins" w:hAnsi="Poppins" w:cs="Poppins"/>
        </w:rPr>
        <w:br/>
        <w:t>Replication Application</w:t>
      </w:r>
    </w:p>
    <w:p w14:paraId="1C47B120" w14:textId="77777777" w:rsidR="00C55DBE" w:rsidRDefault="002A463B">
      <w:r>
        <w:rPr>
          <w:b/>
          <w:color w:val="43718B"/>
          <w:sz w:val="24"/>
        </w:rPr>
        <w:t>Fillable Application Form</w:t>
      </w:r>
    </w:p>
    <w:p w14:paraId="0426D98F" w14:textId="77777777" w:rsidR="00C55DBE" w:rsidRDefault="002A463B">
      <w:pPr>
        <w:pStyle w:val="Heading1"/>
        <w:pBdr>
          <w:bottom w:val="single" w:sz="10" w:space="4" w:color="F1BA55"/>
        </w:pBdr>
        <w:spacing w:before="200"/>
      </w:pPr>
      <w:r>
        <w:rPr>
          <w:rFonts w:ascii="Poppins" w:eastAsia="Poppins" w:hAnsi="Poppins" w:cs="Poppins"/>
        </w:rPr>
        <w:t>Purpose and Applicability</w:t>
      </w:r>
    </w:p>
    <w:p w14:paraId="01675315" w14:textId="77777777" w:rsidR="00C55DBE" w:rsidRDefault="002A463B">
      <w:pPr>
        <w:pBdr>
          <w:top w:val="single" w:sz="8" w:space="0" w:color="F1BA55"/>
          <w:left w:val="single" w:sz="8" w:space="0" w:color="F1BA55"/>
          <w:bottom w:val="single" w:sz="8" w:space="0" w:color="F1BA55"/>
          <w:right w:val="single" w:sz="8" w:space="0" w:color="F1BA55"/>
        </w:pBdr>
        <w:shd w:val="clear" w:color="auto" w:fill="FFEDCC"/>
      </w:pPr>
      <w:r>
        <w:rPr>
          <w:b/>
        </w:rPr>
        <w:t xml:space="preserve">This application is intended for an existing South Carolina charter school seeking approval to replicate its established charter school model. </w:t>
      </w:r>
      <w:r>
        <w:t>Under S.C. Code Ann. § 59-40-40(12), replication means the approval of a new charter school application based on the mission, academic model, instructional program, and operational structure of an existing charter school.</w:t>
      </w:r>
    </w:p>
    <w:p w14:paraId="39121266" w14:textId="77777777" w:rsidR="00C55DBE" w:rsidRDefault="002A463B">
      <w:r>
        <w:t>The South Carolina General Assembly directed the South Carolina Department of Education to develop a separate replication application. The application must focus on data and information demonstrating the prior record of the existing school and how that record will be repeated at the replicated school. See S.C. Code Ann. § 59-40-60(H).</w:t>
      </w:r>
    </w:p>
    <w:p w14:paraId="227A1AC7" w14:textId="77777777" w:rsidR="00C55DBE" w:rsidRDefault="002A463B">
      <w:pPr>
        <w:pStyle w:val="Heading2"/>
      </w:pPr>
      <w:r>
        <w:rPr>
          <w:rFonts w:ascii="Aptos" w:eastAsia="Aptos" w:hAnsi="Aptos" w:cs="Aptos"/>
        </w:rPr>
        <w:t>Who Should Use This Application?</w:t>
      </w:r>
    </w:p>
    <w:p w14:paraId="0DB4BFB1" w14:textId="77777777" w:rsidR="00C55DBE" w:rsidRDefault="002A463B">
      <w:r>
        <w:t>Use this application when an existing South Carolina charter school seeks approval to establish a new charter school based on the existing school’s mission, academic model, instructional program, and operational structure.</w:t>
      </w:r>
    </w:p>
    <w:p w14:paraId="54C302E3" w14:textId="77777777" w:rsidR="00C55DBE" w:rsidRDefault="002A463B">
      <w:r>
        <w:rPr>
          <w:b/>
        </w:rPr>
        <w:t xml:space="preserve">Required use for certain expansions. </w:t>
      </w:r>
      <w:r>
        <w:t>An existing charter school seeking to expand operations to a location situated more than one mile from its original campus must apply for replication. This requirement does not apply when the charter school is relocating its entire operations from one facility to another. See S.C. Code Ann. § 59-40-60(H).</w:t>
      </w:r>
    </w:p>
    <w:p w14:paraId="47C5F9D3" w14:textId="77777777" w:rsidR="00C55DBE" w:rsidRDefault="002A463B">
      <w:pPr>
        <w:pStyle w:val="Heading2"/>
      </w:pPr>
      <w:r>
        <w:rPr>
          <w:rFonts w:ascii="Aptos" w:eastAsia="Aptos" w:hAnsi="Aptos" w:cs="Aptos"/>
        </w:rPr>
        <w:t>Eligibility</w:t>
      </w:r>
    </w:p>
    <w:p w14:paraId="1A9E0D9E" w14:textId="77777777" w:rsidR="00C55DBE" w:rsidRDefault="002A463B">
      <w:r>
        <w:rPr>
          <w:b/>
        </w:rPr>
        <w:t xml:space="preserve">An existing school is not eligible to apply for replication if it received an overall rating below “Average” on the South Carolina School Report Card at any time during the preceding three years. </w:t>
      </w:r>
      <w:r>
        <w:t>See S.C. Code Ann. § 59-40-60(H).</w:t>
      </w:r>
    </w:p>
    <w:p w14:paraId="457271A7" w14:textId="77777777" w:rsidR="00C55DBE" w:rsidRDefault="002A463B">
      <w:pPr>
        <w:pStyle w:val="Heading2"/>
      </w:pPr>
      <w:r>
        <w:rPr>
          <w:rFonts w:ascii="Aptos" w:eastAsia="Aptos" w:hAnsi="Aptos" w:cs="Aptos"/>
        </w:rPr>
        <w:t>Application Focus</w:t>
      </w:r>
    </w:p>
    <w:p w14:paraId="1889ABC9" w14:textId="77777777" w:rsidR="00C55DBE" w:rsidRDefault="002A463B">
      <w:r>
        <w:t>Because replication begins with an established charter school model, this application focuses on the existing school’s demonstrated record, the elements that will be replicated, any material differences at the proposed school, and the applicant’s capacity to repeat the existing school’s successful practices and outcomes.</w:t>
      </w:r>
    </w:p>
    <w:p w14:paraId="6104ED88" w14:textId="77777777" w:rsidR="00C55DBE" w:rsidRDefault="002A463B">
      <w:pPr>
        <w:keepNext/>
        <w:spacing w:after="80"/>
      </w:pPr>
      <w:r>
        <w:rPr>
          <w:i/>
          <w:sz w:val="18"/>
        </w:rPr>
        <w:lastRenderedPageBreak/>
        <w:t xml:space="preserve">Application responses should be concise and </w:t>
      </w:r>
      <w:proofErr w:type="gramStart"/>
      <w:r>
        <w:rPr>
          <w:i/>
          <w:sz w:val="18"/>
        </w:rPr>
        <w:t>evidence-based</w:t>
      </w:r>
      <w:proofErr w:type="gramEnd"/>
      <w:r>
        <w:rPr>
          <w:i/>
          <w:sz w:val="18"/>
        </w:rPr>
        <w:t>. Where requested information is already documented in an attachment, identify the attachment and page or section rather than repeating the same narrative.</w:t>
      </w:r>
    </w:p>
    <w:p w14:paraId="58CFEE7C" w14:textId="77777777" w:rsidR="00C55DBE" w:rsidRDefault="002A463B">
      <w:pPr>
        <w:pStyle w:val="Heading1"/>
        <w:pBdr>
          <w:bottom w:val="single" w:sz="10" w:space="4" w:color="F1BA55"/>
        </w:pBdr>
        <w:spacing w:before="200"/>
      </w:pPr>
      <w:r>
        <w:rPr>
          <w:rFonts w:ascii="Poppins" w:eastAsia="Poppins" w:hAnsi="Poppins" w:cs="Poppins"/>
        </w:rPr>
        <w:t>Applicant Information</w:t>
      </w:r>
    </w:p>
    <w:p w14:paraId="453E3416" w14:textId="77777777" w:rsidR="00C55DBE" w:rsidRDefault="002A463B">
      <w:pPr>
        <w:spacing w:before="100" w:after="40"/>
      </w:pPr>
      <w:r>
        <w:rPr>
          <w:b/>
        </w:rPr>
        <w:t>School Name:</w:t>
      </w:r>
    </w:p>
    <w:tbl>
      <w:tblPr>
        <w:tblW w:w="0" w:type="auto"/>
        <w:jc w:val="center"/>
        <w:tblLayout w:type="fixed"/>
        <w:tblLook w:val="04A0" w:firstRow="1" w:lastRow="0" w:firstColumn="1" w:lastColumn="0" w:noHBand="0" w:noVBand="1"/>
      </w:tblPr>
      <w:tblGrid>
        <w:gridCol w:w="9648"/>
      </w:tblGrid>
      <w:tr w:rsidR="00C55DBE" w14:paraId="4C3E277F" w14:textId="77777777">
        <w:trPr>
          <w:jc w:val="center"/>
        </w:trPr>
        <w:tc>
          <w:tcPr>
            <w:tcW w:w="9648" w:type="dxa"/>
            <w:tcBorders>
              <w:top w:val="single" w:sz="8" w:space="0" w:color="778BA5"/>
              <w:left w:val="single" w:sz="8" w:space="0" w:color="778BA5"/>
              <w:bottom w:val="single" w:sz="8" w:space="0" w:color="778BA5"/>
              <w:right w:val="single" w:sz="8" w:space="0" w:color="778BA5"/>
            </w:tcBorders>
            <w:shd w:val="clear" w:color="auto" w:fill="F0F8FF"/>
          </w:tcPr>
          <w:p w14:paraId="4F14D7C8" w14:textId="77777777" w:rsidR="00C55DBE" w:rsidRDefault="002A463B">
            <w:r>
              <w:rPr>
                <w:i/>
              </w:rPr>
              <w:t>Click or tap here to enter text.</w:t>
            </w:r>
          </w:p>
        </w:tc>
      </w:tr>
    </w:tbl>
    <w:p w14:paraId="0A37501D" w14:textId="77777777" w:rsidR="00C55DBE" w:rsidRDefault="00C55DBE">
      <w:pPr>
        <w:spacing w:after="0"/>
      </w:pPr>
    </w:p>
    <w:p w14:paraId="039D0B3A" w14:textId="77777777" w:rsidR="00C55DBE" w:rsidRDefault="002A463B">
      <w:pPr>
        <w:spacing w:before="100" w:after="40"/>
      </w:pPr>
      <w:r>
        <w:rPr>
          <w:b/>
        </w:rPr>
        <w:t>Current Authorizer:</w:t>
      </w:r>
    </w:p>
    <w:tbl>
      <w:tblPr>
        <w:tblW w:w="0" w:type="auto"/>
        <w:jc w:val="center"/>
        <w:tblLayout w:type="fixed"/>
        <w:tblLook w:val="04A0" w:firstRow="1" w:lastRow="0" w:firstColumn="1" w:lastColumn="0" w:noHBand="0" w:noVBand="1"/>
      </w:tblPr>
      <w:tblGrid>
        <w:gridCol w:w="9648"/>
      </w:tblGrid>
      <w:tr w:rsidR="00C55DBE" w14:paraId="5362E849" w14:textId="77777777">
        <w:trPr>
          <w:jc w:val="center"/>
        </w:trPr>
        <w:tc>
          <w:tcPr>
            <w:tcW w:w="9648" w:type="dxa"/>
            <w:tcBorders>
              <w:top w:val="single" w:sz="8" w:space="0" w:color="778BA5"/>
              <w:left w:val="single" w:sz="8" w:space="0" w:color="778BA5"/>
              <w:bottom w:val="single" w:sz="8" w:space="0" w:color="778BA5"/>
              <w:right w:val="single" w:sz="8" w:space="0" w:color="778BA5"/>
            </w:tcBorders>
            <w:shd w:val="clear" w:color="auto" w:fill="F0F8FF"/>
          </w:tcPr>
          <w:p w14:paraId="5B951852" w14:textId="77777777" w:rsidR="00C55DBE" w:rsidRDefault="002A463B">
            <w:r>
              <w:rPr>
                <w:i/>
              </w:rPr>
              <w:t>Click or tap here to enter text.</w:t>
            </w:r>
          </w:p>
        </w:tc>
      </w:tr>
    </w:tbl>
    <w:p w14:paraId="5DAB6C7B" w14:textId="77777777" w:rsidR="00C55DBE" w:rsidRDefault="00C55DBE">
      <w:pPr>
        <w:spacing w:after="0"/>
      </w:pPr>
    </w:p>
    <w:p w14:paraId="6E70D871" w14:textId="77777777" w:rsidR="00C55DBE" w:rsidRDefault="002A463B">
      <w:pPr>
        <w:spacing w:before="100" w:after="40"/>
      </w:pPr>
      <w:r>
        <w:rPr>
          <w:b/>
        </w:rPr>
        <w:t>Contact Person:</w:t>
      </w:r>
    </w:p>
    <w:tbl>
      <w:tblPr>
        <w:tblW w:w="0" w:type="auto"/>
        <w:jc w:val="center"/>
        <w:tblLayout w:type="fixed"/>
        <w:tblLook w:val="04A0" w:firstRow="1" w:lastRow="0" w:firstColumn="1" w:lastColumn="0" w:noHBand="0" w:noVBand="1"/>
      </w:tblPr>
      <w:tblGrid>
        <w:gridCol w:w="9648"/>
      </w:tblGrid>
      <w:tr w:rsidR="00C55DBE" w14:paraId="2946BB5D" w14:textId="77777777">
        <w:trPr>
          <w:jc w:val="center"/>
        </w:trPr>
        <w:tc>
          <w:tcPr>
            <w:tcW w:w="9648" w:type="dxa"/>
            <w:tcBorders>
              <w:top w:val="single" w:sz="8" w:space="0" w:color="778BA5"/>
              <w:left w:val="single" w:sz="8" w:space="0" w:color="778BA5"/>
              <w:bottom w:val="single" w:sz="8" w:space="0" w:color="778BA5"/>
              <w:right w:val="single" w:sz="8" w:space="0" w:color="778BA5"/>
            </w:tcBorders>
            <w:shd w:val="clear" w:color="auto" w:fill="F0F8FF"/>
          </w:tcPr>
          <w:p w14:paraId="46E69C4A" w14:textId="77777777" w:rsidR="00C55DBE" w:rsidRDefault="002A463B">
            <w:r>
              <w:rPr>
                <w:i/>
              </w:rPr>
              <w:t>Click or tap here to enter text.</w:t>
            </w:r>
          </w:p>
        </w:tc>
      </w:tr>
    </w:tbl>
    <w:p w14:paraId="02EB378F" w14:textId="77777777" w:rsidR="00C55DBE" w:rsidRDefault="00C55DBE">
      <w:pPr>
        <w:spacing w:after="0"/>
      </w:pPr>
    </w:p>
    <w:p w14:paraId="084443D4" w14:textId="77777777" w:rsidR="00C55DBE" w:rsidRDefault="002A463B">
      <w:pPr>
        <w:spacing w:before="100" w:after="40"/>
      </w:pPr>
      <w:r>
        <w:rPr>
          <w:b/>
        </w:rPr>
        <w:t>Email:</w:t>
      </w:r>
    </w:p>
    <w:tbl>
      <w:tblPr>
        <w:tblW w:w="0" w:type="auto"/>
        <w:jc w:val="center"/>
        <w:tblLayout w:type="fixed"/>
        <w:tblLook w:val="04A0" w:firstRow="1" w:lastRow="0" w:firstColumn="1" w:lastColumn="0" w:noHBand="0" w:noVBand="1"/>
      </w:tblPr>
      <w:tblGrid>
        <w:gridCol w:w="9648"/>
      </w:tblGrid>
      <w:tr w:rsidR="00C55DBE" w14:paraId="2CFF712D" w14:textId="77777777">
        <w:trPr>
          <w:jc w:val="center"/>
        </w:trPr>
        <w:tc>
          <w:tcPr>
            <w:tcW w:w="9648" w:type="dxa"/>
            <w:tcBorders>
              <w:top w:val="single" w:sz="8" w:space="0" w:color="778BA5"/>
              <w:left w:val="single" w:sz="8" w:space="0" w:color="778BA5"/>
              <w:bottom w:val="single" w:sz="8" w:space="0" w:color="778BA5"/>
              <w:right w:val="single" w:sz="8" w:space="0" w:color="778BA5"/>
            </w:tcBorders>
            <w:shd w:val="clear" w:color="auto" w:fill="F0F8FF"/>
          </w:tcPr>
          <w:p w14:paraId="658CB068" w14:textId="77777777" w:rsidR="00C55DBE" w:rsidRDefault="002A463B">
            <w:r>
              <w:rPr>
                <w:i/>
              </w:rPr>
              <w:t>name@example.org</w:t>
            </w:r>
          </w:p>
        </w:tc>
      </w:tr>
    </w:tbl>
    <w:p w14:paraId="6A05A809" w14:textId="77777777" w:rsidR="00C55DBE" w:rsidRDefault="00C55DBE">
      <w:pPr>
        <w:spacing w:after="0"/>
      </w:pPr>
    </w:p>
    <w:p w14:paraId="74CED8B4" w14:textId="77777777" w:rsidR="00C55DBE" w:rsidRDefault="002A463B">
      <w:pPr>
        <w:spacing w:before="100" w:after="40"/>
      </w:pPr>
      <w:r>
        <w:rPr>
          <w:b/>
        </w:rPr>
        <w:t>Phone:</w:t>
      </w:r>
    </w:p>
    <w:tbl>
      <w:tblPr>
        <w:tblW w:w="0" w:type="auto"/>
        <w:jc w:val="center"/>
        <w:tblLayout w:type="fixed"/>
        <w:tblLook w:val="04A0" w:firstRow="1" w:lastRow="0" w:firstColumn="1" w:lastColumn="0" w:noHBand="0" w:noVBand="1"/>
      </w:tblPr>
      <w:tblGrid>
        <w:gridCol w:w="9648"/>
      </w:tblGrid>
      <w:tr w:rsidR="00C55DBE" w14:paraId="5CE4CAB6" w14:textId="77777777">
        <w:trPr>
          <w:jc w:val="center"/>
        </w:trPr>
        <w:tc>
          <w:tcPr>
            <w:tcW w:w="9648" w:type="dxa"/>
            <w:tcBorders>
              <w:top w:val="single" w:sz="8" w:space="0" w:color="778BA5"/>
              <w:left w:val="single" w:sz="8" w:space="0" w:color="778BA5"/>
              <w:bottom w:val="single" w:sz="8" w:space="0" w:color="778BA5"/>
              <w:right w:val="single" w:sz="8" w:space="0" w:color="778BA5"/>
            </w:tcBorders>
            <w:shd w:val="clear" w:color="auto" w:fill="F0F8FF"/>
          </w:tcPr>
          <w:p w14:paraId="4E2FAD0E" w14:textId="77777777" w:rsidR="00C55DBE" w:rsidRDefault="002A463B">
            <w:proofErr w:type="gramStart"/>
            <w:r>
              <w:rPr>
                <w:i/>
              </w:rPr>
              <w:t>(###) ###</w:t>
            </w:r>
            <w:proofErr w:type="gramEnd"/>
            <w:r>
              <w:rPr>
                <w:i/>
              </w:rPr>
              <w:t>-####</w:t>
            </w:r>
          </w:p>
        </w:tc>
      </w:tr>
    </w:tbl>
    <w:p w14:paraId="5A39BBE3" w14:textId="77777777" w:rsidR="00C55DBE" w:rsidRDefault="00C55DBE">
      <w:pPr>
        <w:spacing w:after="0"/>
      </w:pPr>
    </w:p>
    <w:p w14:paraId="70AE4C94" w14:textId="77777777" w:rsidR="00C55DBE" w:rsidRDefault="002A463B">
      <w:pPr>
        <w:spacing w:before="100" w:after="40"/>
      </w:pPr>
      <w:r>
        <w:rPr>
          <w:b/>
        </w:rPr>
        <w:t>Proposed Replication Location:</w:t>
      </w:r>
    </w:p>
    <w:tbl>
      <w:tblPr>
        <w:tblW w:w="0" w:type="auto"/>
        <w:jc w:val="center"/>
        <w:tblLayout w:type="fixed"/>
        <w:tblLook w:val="04A0" w:firstRow="1" w:lastRow="0" w:firstColumn="1" w:lastColumn="0" w:noHBand="0" w:noVBand="1"/>
      </w:tblPr>
      <w:tblGrid>
        <w:gridCol w:w="9648"/>
      </w:tblGrid>
      <w:tr w:rsidR="00C55DBE" w14:paraId="64096B65" w14:textId="77777777">
        <w:trPr>
          <w:jc w:val="center"/>
        </w:trPr>
        <w:tc>
          <w:tcPr>
            <w:tcW w:w="9648" w:type="dxa"/>
            <w:tcBorders>
              <w:top w:val="single" w:sz="8" w:space="0" w:color="778BA5"/>
              <w:left w:val="single" w:sz="8" w:space="0" w:color="778BA5"/>
              <w:bottom w:val="single" w:sz="8" w:space="0" w:color="778BA5"/>
              <w:right w:val="single" w:sz="8" w:space="0" w:color="778BA5"/>
            </w:tcBorders>
            <w:shd w:val="clear" w:color="auto" w:fill="F0F8FF"/>
          </w:tcPr>
          <w:p w14:paraId="5ED8C455" w14:textId="77777777" w:rsidR="00C55DBE" w:rsidRDefault="002A463B">
            <w:r>
              <w:rPr>
                <w:i/>
              </w:rPr>
              <w:t>Click or tap here to enter text.</w:t>
            </w:r>
          </w:p>
          <w:p w14:paraId="29D6B04F" w14:textId="77777777" w:rsidR="00C55DBE" w:rsidRDefault="002A463B">
            <w:r>
              <w:t xml:space="preserve"> </w:t>
            </w:r>
          </w:p>
        </w:tc>
      </w:tr>
    </w:tbl>
    <w:p w14:paraId="41C8F396" w14:textId="77777777" w:rsidR="00C55DBE" w:rsidRDefault="00C55DBE">
      <w:pPr>
        <w:spacing w:after="0"/>
      </w:pPr>
    </w:p>
    <w:p w14:paraId="34D0E92C" w14:textId="77777777" w:rsidR="00C55DBE" w:rsidRDefault="002A463B">
      <w:pPr>
        <w:spacing w:before="100" w:after="40"/>
      </w:pPr>
      <w:r>
        <w:rPr>
          <w:b/>
        </w:rPr>
        <w:t>Proposed Opening Year:</w:t>
      </w:r>
    </w:p>
    <w:tbl>
      <w:tblPr>
        <w:tblW w:w="0" w:type="auto"/>
        <w:jc w:val="center"/>
        <w:tblLayout w:type="fixed"/>
        <w:tblLook w:val="04A0" w:firstRow="1" w:lastRow="0" w:firstColumn="1" w:lastColumn="0" w:noHBand="0" w:noVBand="1"/>
      </w:tblPr>
      <w:tblGrid>
        <w:gridCol w:w="9648"/>
      </w:tblGrid>
      <w:tr w:rsidR="00C55DBE" w14:paraId="3C92BB7B" w14:textId="77777777">
        <w:trPr>
          <w:jc w:val="center"/>
        </w:trPr>
        <w:tc>
          <w:tcPr>
            <w:tcW w:w="9648" w:type="dxa"/>
            <w:tcBorders>
              <w:top w:val="single" w:sz="8" w:space="0" w:color="778BA5"/>
              <w:left w:val="single" w:sz="8" w:space="0" w:color="778BA5"/>
              <w:bottom w:val="single" w:sz="8" w:space="0" w:color="778BA5"/>
              <w:right w:val="single" w:sz="8" w:space="0" w:color="778BA5"/>
            </w:tcBorders>
            <w:shd w:val="clear" w:color="auto" w:fill="F0F8FF"/>
          </w:tcPr>
          <w:p w14:paraId="4016210E" w14:textId="77777777" w:rsidR="00C55DBE" w:rsidRDefault="002A463B">
            <w:r>
              <w:rPr>
                <w:i/>
              </w:rPr>
              <w:t>YYYY</w:t>
            </w:r>
          </w:p>
        </w:tc>
      </w:tr>
    </w:tbl>
    <w:p w14:paraId="72A3D3EC" w14:textId="77777777" w:rsidR="00C55DBE" w:rsidRDefault="00C55DBE">
      <w:pPr>
        <w:spacing w:after="0"/>
      </w:pPr>
    </w:p>
    <w:p w14:paraId="4DA86C8E" w14:textId="77777777" w:rsidR="00C55DBE" w:rsidRDefault="002A463B">
      <w:pPr>
        <w:pStyle w:val="Heading1"/>
        <w:pBdr>
          <w:bottom w:val="single" w:sz="10" w:space="4" w:color="F1BA55"/>
        </w:pBdr>
        <w:spacing w:before="200"/>
      </w:pPr>
      <w:r>
        <w:rPr>
          <w:rFonts w:ascii="Poppins" w:eastAsia="Poppins" w:hAnsi="Poppins" w:cs="Poppins"/>
        </w:rPr>
        <w:t>Eligibility Certification</w:t>
      </w:r>
    </w:p>
    <w:p w14:paraId="2416E473" w14:textId="1F783A9F" w:rsidR="00C55DBE" w:rsidRDefault="77A6176C">
      <w:pPr>
        <w:spacing w:before="100" w:after="40"/>
      </w:pPr>
      <w:r w:rsidRPr="315138B6">
        <w:rPr>
          <w:b/>
          <w:bCs/>
        </w:rPr>
        <w:t xml:space="preserve">Have you been in operation for a minimum </w:t>
      </w:r>
      <w:r w:rsidR="32C6F384" w:rsidRPr="315138B6">
        <w:rPr>
          <w:b/>
          <w:bCs/>
        </w:rPr>
        <w:t>of 3</w:t>
      </w:r>
      <w:r w:rsidR="315138B6" w:rsidRPr="315138B6">
        <w:rPr>
          <w:b/>
          <w:bCs/>
        </w:rPr>
        <w:t xml:space="preserve"> years</w:t>
      </w:r>
      <w:r w:rsidR="408165BB" w:rsidRPr="315138B6">
        <w:rPr>
          <w:b/>
          <w:bCs/>
        </w:rPr>
        <w:t>?</w:t>
      </w:r>
    </w:p>
    <w:tbl>
      <w:tblPr>
        <w:tblW w:w="0" w:type="auto"/>
        <w:jc w:val="center"/>
        <w:tblLayout w:type="fixed"/>
        <w:tblLook w:val="04A0" w:firstRow="1" w:lastRow="0" w:firstColumn="1" w:lastColumn="0" w:noHBand="0" w:noVBand="1"/>
      </w:tblPr>
      <w:tblGrid>
        <w:gridCol w:w="9648"/>
      </w:tblGrid>
      <w:tr w:rsidR="00C55DBE" w14:paraId="315A1D9A" w14:textId="77777777">
        <w:trPr>
          <w:jc w:val="center"/>
        </w:trPr>
        <w:tc>
          <w:tcPr>
            <w:tcW w:w="9648" w:type="dxa"/>
            <w:tcBorders>
              <w:top w:val="single" w:sz="8" w:space="0" w:color="778BA5"/>
              <w:left w:val="single" w:sz="8" w:space="0" w:color="778BA5"/>
              <w:bottom w:val="single" w:sz="8" w:space="0" w:color="778BA5"/>
              <w:right w:val="single" w:sz="8" w:space="0" w:color="778BA5"/>
            </w:tcBorders>
            <w:shd w:val="clear" w:color="auto" w:fill="F0F8FF"/>
          </w:tcPr>
          <w:p w14:paraId="368989D9" w14:textId="77777777" w:rsidR="00C55DBE" w:rsidRDefault="002A463B">
            <w:r>
              <w:rPr>
                <w:i/>
              </w:rPr>
              <w:t>Enter Yes or No.</w:t>
            </w:r>
          </w:p>
        </w:tc>
      </w:tr>
    </w:tbl>
    <w:p w14:paraId="0D0B940D" w14:textId="77777777" w:rsidR="00C55DBE" w:rsidRDefault="00C55DBE">
      <w:pPr>
        <w:spacing w:after="0"/>
      </w:pPr>
    </w:p>
    <w:p w14:paraId="34A815A9" w14:textId="326CCE43" w:rsidR="315138B6" w:rsidRDefault="315138B6" w:rsidP="315138B6">
      <w:pPr>
        <w:spacing w:before="100" w:after="40"/>
        <w:rPr>
          <w:b/>
          <w:bCs/>
          <w:szCs w:val="21"/>
        </w:rPr>
      </w:pPr>
    </w:p>
    <w:p w14:paraId="2D1ED3DD" w14:textId="7756872D" w:rsidR="315138B6" w:rsidRDefault="315138B6" w:rsidP="315138B6">
      <w:pPr>
        <w:spacing w:before="100" w:after="40"/>
        <w:rPr>
          <w:b/>
          <w:bCs/>
          <w:szCs w:val="21"/>
        </w:rPr>
      </w:pPr>
    </w:p>
    <w:p w14:paraId="7DDC34A1" w14:textId="246FE112" w:rsidR="315138B6" w:rsidRDefault="315138B6" w:rsidP="315138B6">
      <w:pPr>
        <w:spacing w:before="100" w:after="40"/>
        <w:rPr>
          <w:b/>
          <w:bCs/>
          <w:szCs w:val="21"/>
        </w:rPr>
      </w:pPr>
    </w:p>
    <w:p w14:paraId="15DD9B2D" w14:textId="77777777" w:rsidR="00C55DBE" w:rsidRDefault="002A463B">
      <w:pPr>
        <w:spacing w:before="100" w:after="40"/>
      </w:pPr>
      <w:r>
        <w:rPr>
          <w:b/>
        </w:rPr>
        <w:t>No unresolved material compliance findings:</w:t>
      </w:r>
    </w:p>
    <w:p w14:paraId="46A70C44" w14:textId="77777777" w:rsidR="00C55DBE" w:rsidRDefault="002A463B">
      <w:pPr>
        <w:keepNext/>
        <w:spacing w:after="80"/>
      </w:pPr>
      <w:r>
        <w:rPr>
          <w:i/>
          <w:sz w:val="18"/>
        </w:rPr>
        <w:t xml:space="preserve">If No, identify each unresolved material finding, the issuing entity, the date issued, </w:t>
      </w:r>
      <w:proofErr w:type="gramStart"/>
      <w:r>
        <w:rPr>
          <w:i/>
          <w:sz w:val="18"/>
        </w:rPr>
        <w:t>current status</w:t>
      </w:r>
      <w:proofErr w:type="gramEnd"/>
      <w:r>
        <w:rPr>
          <w:i/>
          <w:sz w:val="18"/>
        </w:rPr>
        <w:t>, and corrective action underway.</w:t>
      </w:r>
    </w:p>
    <w:tbl>
      <w:tblPr>
        <w:tblW w:w="0" w:type="auto"/>
        <w:jc w:val="center"/>
        <w:tblLayout w:type="fixed"/>
        <w:tblLook w:val="04A0" w:firstRow="1" w:lastRow="0" w:firstColumn="1" w:lastColumn="0" w:noHBand="0" w:noVBand="1"/>
      </w:tblPr>
      <w:tblGrid>
        <w:gridCol w:w="9648"/>
      </w:tblGrid>
      <w:tr w:rsidR="00C55DBE" w14:paraId="05FDFBC9" w14:textId="77777777">
        <w:trPr>
          <w:jc w:val="center"/>
        </w:trPr>
        <w:tc>
          <w:tcPr>
            <w:tcW w:w="9648" w:type="dxa"/>
            <w:tcBorders>
              <w:top w:val="single" w:sz="8" w:space="0" w:color="778BA5"/>
              <w:left w:val="single" w:sz="8" w:space="0" w:color="778BA5"/>
              <w:bottom w:val="single" w:sz="8" w:space="0" w:color="778BA5"/>
              <w:right w:val="single" w:sz="8" w:space="0" w:color="778BA5"/>
            </w:tcBorders>
            <w:shd w:val="clear" w:color="auto" w:fill="F0F8FF"/>
          </w:tcPr>
          <w:p w14:paraId="21521417" w14:textId="77777777" w:rsidR="00C55DBE" w:rsidRDefault="002A463B">
            <w:r>
              <w:rPr>
                <w:i/>
              </w:rPr>
              <w:t>Enter Yes or No.</w:t>
            </w:r>
          </w:p>
        </w:tc>
      </w:tr>
    </w:tbl>
    <w:p w14:paraId="0E27B00A" w14:textId="77777777" w:rsidR="00C55DBE" w:rsidRDefault="00C55DBE">
      <w:pPr>
        <w:spacing w:after="0"/>
      </w:pPr>
    </w:p>
    <w:p w14:paraId="17923CBC" w14:textId="13F2EA08" w:rsidR="00C55DBE" w:rsidRDefault="315138B6">
      <w:pPr>
        <w:spacing w:before="100" w:after="40"/>
      </w:pPr>
      <w:r w:rsidRPr="315138B6">
        <w:rPr>
          <w:b/>
          <w:bCs/>
        </w:rPr>
        <w:t xml:space="preserve">Existing school report card ratings for each of the prior 3 years. </w:t>
      </w:r>
      <w:r w:rsidRPr="315138B6">
        <w:rPr>
          <w:i/>
          <w:iCs/>
          <w:sz w:val="18"/>
          <w:szCs w:val="18"/>
        </w:rPr>
        <w:t xml:space="preserve"> (No rating below Average in prior 3 years</w:t>
      </w:r>
      <w:r w:rsidR="6BB2F3E3" w:rsidRPr="315138B6">
        <w:rPr>
          <w:i/>
          <w:iCs/>
          <w:sz w:val="18"/>
          <w:szCs w:val="18"/>
        </w:rPr>
        <w:t>)</w:t>
      </w:r>
    </w:p>
    <w:tbl>
      <w:tblPr>
        <w:tblW w:w="0" w:type="auto"/>
        <w:jc w:val="center"/>
        <w:tblLayout w:type="fixed"/>
        <w:tblLook w:val="04A0" w:firstRow="1" w:lastRow="0" w:firstColumn="1" w:lastColumn="0" w:noHBand="0" w:noVBand="1"/>
      </w:tblPr>
      <w:tblGrid>
        <w:gridCol w:w="9648"/>
      </w:tblGrid>
      <w:tr w:rsidR="00C55DBE" w14:paraId="215987AA" w14:textId="77777777">
        <w:trPr>
          <w:jc w:val="center"/>
        </w:trPr>
        <w:tc>
          <w:tcPr>
            <w:tcW w:w="9648" w:type="dxa"/>
            <w:tcBorders>
              <w:top w:val="single" w:sz="8" w:space="0" w:color="778BA5"/>
              <w:left w:val="single" w:sz="8" w:space="0" w:color="778BA5"/>
              <w:bottom w:val="single" w:sz="8" w:space="0" w:color="778BA5"/>
              <w:right w:val="single" w:sz="8" w:space="0" w:color="778BA5"/>
            </w:tcBorders>
            <w:shd w:val="clear" w:color="auto" w:fill="F0F8FF"/>
          </w:tcPr>
          <w:p w14:paraId="6AA08E0A" w14:textId="77777777" w:rsidR="00C55DBE" w:rsidRDefault="002A463B">
            <w:r>
              <w:rPr>
                <w:i/>
              </w:rPr>
              <w:t>List each school year and overall rating.</w:t>
            </w:r>
          </w:p>
          <w:p w14:paraId="0A6959E7" w14:textId="77777777" w:rsidR="00C55DBE" w:rsidRDefault="002A463B">
            <w:r>
              <w:t xml:space="preserve"> </w:t>
            </w:r>
          </w:p>
        </w:tc>
      </w:tr>
    </w:tbl>
    <w:p w14:paraId="60061E4C" w14:textId="77777777" w:rsidR="00C55DBE" w:rsidRDefault="00C55DBE">
      <w:pPr>
        <w:spacing w:after="0"/>
      </w:pPr>
    </w:p>
    <w:p w14:paraId="30C9E834" w14:textId="77777777" w:rsidR="00C55DBE" w:rsidRDefault="002A463B">
      <w:pPr>
        <w:pStyle w:val="Heading1"/>
        <w:pBdr>
          <w:bottom w:val="single" w:sz="10" w:space="4" w:color="F1BA55"/>
        </w:pBdr>
        <w:spacing w:before="200"/>
      </w:pPr>
      <w:r>
        <w:rPr>
          <w:rFonts w:ascii="Poppins" w:eastAsia="Poppins" w:hAnsi="Poppins" w:cs="Poppins"/>
        </w:rPr>
        <w:t>Replication Fidelity Plan</w:t>
      </w:r>
    </w:p>
    <w:p w14:paraId="2E4B985F" w14:textId="77777777" w:rsidR="00C55DBE" w:rsidRDefault="002A463B">
      <w:pPr>
        <w:keepNext/>
        <w:spacing w:before="100" w:after="40"/>
      </w:pPr>
      <w:r>
        <w:rPr>
          <w:b/>
          <w:color w:val="43718B"/>
          <w:sz w:val="22"/>
        </w:rPr>
        <w:t>Educational Program</w:t>
      </w:r>
    </w:p>
    <w:p w14:paraId="6848975B" w14:textId="77777777" w:rsidR="00C55DBE" w:rsidRDefault="002A463B">
      <w:pPr>
        <w:keepNext/>
        <w:spacing w:after="80"/>
      </w:pPr>
      <w:r>
        <w:rPr>
          <w:i/>
          <w:sz w:val="18"/>
        </w:rPr>
        <w:t>For purposes of this application, the educational program means the academic and instructional model through which the school delivers its mission and enables students to meet or exceed applicable academic standards. This includes, as applicable, the school’s instructional design, learning environment, class size and structure, school calendar and schedule, scheduling flexibility, use of virtual instruction, curriculum, and teaching methods.</w:t>
      </w:r>
    </w:p>
    <w:p w14:paraId="4335CD2A" w14:textId="77777777" w:rsidR="00C55DBE" w:rsidRDefault="002A463B">
      <w:pPr>
        <w:keepNext/>
        <w:spacing w:after="60"/>
      </w:pPr>
      <w:r>
        <w:rPr>
          <w:b/>
        </w:rPr>
        <w:t>Briefly describe the core educational program of the existing charter school that will be replicated at the proposed school. Identify the core design elements that the applicant considers essential to successful replication and distinguish them from elements that may be adapted to the needs and context of the new school community. Include, as applicable, curriculum alignment, instructional practices, assessment systems, and intervention systems that are central to the model.</w:t>
      </w:r>
    </w:p>
    <w:tbl>
      <w:tblPr>
        <w:tblW w:w="0" w:type="auto"/>
        <w:jc w:val="center"/>
        <w:tblLayout w:type="fixed"/>
        <w:tblLook w:val="04A0" w:firstRow="1" w:lastRow="0" w:firstColumn="1" w:lastColumn="0" w:noHBand="0" w:noVBand="1"/>
      </w:tblPr>
      <w:tblGrid>
        <w:gridCol w:w="9648"/>
      </w:tblGrid>
      <w:tr w:rsidR="00C55DBE" w14:paraId="617C3C7E" w14:textId="77777777">
        <w:trPr>
          <w:jc w:val="center"/>
        </w:trPr>
        <w:tc>
          <w:tcPr>
            <w:tcW w:w="9648" w:type="dxa"/>
            <w:tcBorders>
              <w:top w:val="single" w:sz="8" w:space="0" w:color="778BA5"/>
              <w:left w:val="single" w:sz="8" w:space="0" w:color="778BA5"/>
              <w:bottom w:val="single" w:sz="8" w:space="0" w:color="778BA5"/>
              <w:right w:val="single" w:sz="8" w:space="0" w:color="778BA5"/>
            </w:tcBorders>
            <w:shd w:val="clear" w:color="auto" w:fill="F0F8FF"/>
          </w:tcPr>
          <w:p w14:paraId="6D91FE6C" w14:textId="77777777" w:rsidR="00C55DBE" w:rsidRDefault="002A463B">
            <w:r>
              <w:rPr>
                <w:i/>
              </w:rPr>
              <w:t>Click or tap here to enter text.</w:t>
            </w:r>
          </w:p>
          <w:p w14:paraId="100C5B58" w14:textId="77777777" w:rsidR="00C55DBE" w:rsidRDefault="002A463B">
            <w:r>
              <w:t xml:space="preserve"> </w:t>
            </w:r>
          </w:p>
          <w:p w14:paraId="12F40E89" w14:textId="77777777" w:rsidR="00C55DBE" w:rsidRDefault="002A463B">
            <w:r>
              <w:t xml:space="preserve"> </w:t>
            </w:r>
          </w:p>
          <w:p w14:paraId="608DEACE" w14:textId="77777777" w:rsidR="00C55DBE" w:rsidRDefault="002A463B">
            <w:r>
              <w:t xml:space="preserve"> </w:t>
            </w:r>
          </w:p>
        </w:tc>
      </w:tr>
    </w:tbl>
    <w:p w14:paraId="44EAFD9C" w14:textId="77777777" w:rsidR="00C55DBE" w:rsidRDefault="00C55DBE">
      <w:pPr>
        <w:spacing w:after="0"/>
      </w:pPr>
    </w:p>
    <w:p w14:paraId="1D994DCC" w14:textId="77777777" w:rsidR="00C55DBE" w:rsidRDefault="002A463B">
      <w:pPr>
        <w:keepNext/>
      </w:pPr>
      <w:r>
        <w:rPr>
          <w:b/>
          <w:color w:val="43718B"/>
          <w:sz w:val="22"/>
        </w:rPr>
        <w:t>Lessons Learned and Model Evolution</w:t>
      </w:r>
    </w:p>
    <w:p w14:paraId="280636C1" w14:textId="77777777" w:rsidR="00C55DBE" w:rsidRDefault="002A463B">
      <w:pPr>
        <w:keepNext/>
      </w:pPr>
      <w:r>
        <w:rPr>
          <w:b/>
        </w:rPr>
        <w:t>Briefly describe what the existing school has learned through implementation of its model. Identify any significant changes made since the school’s original charter application, including practices that were modified or discontinued based on experience or results. Explain how those lessons have informed the design of the replicated school.</w:t>
      </w:r>
    </w:p>
    <w:tbl>
      <w:tblPr>
        <w:tblW w:w="9645" w:type="dxa"/>
        <w:tblLook w:val="04A0" w:firstRow="1" w:lastRow="0" w:firstColumn="1" w:lastColumn="0" w:noHBand="0" w:noVBand="1"/>
      </w:tblPr>
      <w:tblGrid>
        <w:gridCol w:w="9645"/>
      </w:tblGrid>
      <w:tr w:rsidR="00C55DBE" w14:paraId="72EE5986" w14:textId="77777777" w:rsidTr="315138B6">
        <w:tc>
          <w:tcPr>
            <w:tcW w:w="9645" w:type="dxa"/>
            <w:tcBorders>
              <w:top w:val="single" w:sz="8" w:space="0" w:color="778BA5"/>
              <w:left w:val="single" w:sz="8" w:space="0" w:color="778BA5"/>
              <w:bottom w:val="single" w:sz="8" w:space="0" w:color="778BA5"/>
              <w:right w:val="single" w:sz="8" w:space="0" w:color="778BA5"/>
            </w:tcBorders>
            <w:shd w:val="clear" w:color="auto" w:fill="F0F8FF"/>
          </w:tcPr>
          <w:p w14:paraId="01E0A917" w14:textId="77777777" w:rsidR="00C55DBE" w:rsidRDefault="002A463B">
            <w:r>
              <w:rPr>
                <w:i/>
                <w:sz w:val="20"/>
              </w:rPr>
              <w:t>Click or tap here to enter text.</w:t>
            </w:r>
          </w:p>
          <w:p w14:paraId="4B94D5A5" w14:textId="77777777" w:rsidR="00C55DBE" w:rsidRDefault="00C55DBE"/>
          <w:p w14:paraId="3DEEC669" w14:textId="77777777" w:rsidR="00C55DBE" w:rsidRDefault="00C55DBE"/>
          <w:p w14:paraId="3656B9AB" w14:textId="77777777" w:rsidR="00C55DBE" w:rsidRDefault="00C55DBE"/>
        </w:tc>
      </w:tr>
    </w:tbl>
    <w:p w14:paraId="3EF63D26" w14:textId="15D6ABD4" w:rsidR="00C55DBE" w:rsidRDefault="315138B6" w:rsidP="315138B6">
      <w:pPr>
        <w:keepNext/>
        <w:spacing w:before="160" w:after="40"/>
      </w:pPr>
      <w:r w:rsidRPr="315138B6">
        <w:rPr>
          <w:b/>
          <w:bCs/>
        </w:rPr>
        <w:lastRenderedPageBreak/>
        <w:t>Describe any changes in instructional methodology and strategies in the new school. Why are these changes being implemented? How will the applicant know whether they create the intended impacts and maintain rigorous instruction?</w:t>
      </w:r>
    </w:p>
    <w:tbl>
      <w:tblPr>
        <w:tblW w:w="0" w:type="auto"/>
        <w:jc w:val="center"/>
        <w:tblLayout w:type="fixed"/>
        <w:tblLook w:val="04A0" w:firstRow="1" w:lastRow="0" w:firstColumn="1" w:lastColumn="0" w:noHBand="0" w:noVBand="1"/>
      </w:tblPr>
      <w:tblGrid>
        <w:gridCol w:w="9648"/>
      </w:tblGrid>
      <w:tr w:rsidR="00C55DBE" w14:paraId="2F102380" w14:textId="77777777">
        <w:trPr>
          <w:jc w:val="center"/>
        </w:trPr>
        <w:tc>
          <w:tcPr>
            <w:tcW w:w="9648" w:type="dxa"/>
            <w:tcBorders>
              <w:top w:val="single" w:sz="8" w:space="0" w:color="778BA5"/>
              <w:left w:val="single" w:sz="8" w:space="0" w:color="778BA5"/>
              <w:bottom w:val="single" w:sz="8" w:space="0" w:color="778BA5"/>
              <w:right w:val="single" w:sz="8" w:space="0" w:color="778BA5"/>
            </w:tcBorders>
            <w:shd w:val="clear" w:color="auto" w:fill="F0F8FF"/>
          </w:tcPr>
          <w:p w14:paraId="4F06CB8D" w14:textId="77777777" w:rsidR="00C55DBE" w:rsidRDefault="002A463B">
            <w:r>
              <w:rPr>
                <w:i/>
              </w:rPr>
              <w:t>Click or tap here to enter text.</w:t>
            </w:r>
          </w:p>
          <w:p w14:paraId="2BAC6FC9" w14:textId="77777777" w:rsidR="00C55DBE" w:rsidRDefault="002A463B">
            <w:r>
              <w:t xml:space="preserve"> </w:t>
            </w:r>
          </w:p>
          <w:p w14:paraId="156A6281" w14:textId="77777777" w:rsidR="00C55DBE" w:rsidRDefault="002A463B">
            <w:r>
              <w:t xml:space="preserve"> </w:t>
            </w:r>
          </w:p>
          <w:p w14:paraId="20876B09" w14:textId="77777777" w:rsidR="00C55DBE" w:rsidRDefault="002A463B">
            <w:r>
              <w:t xml:space="preserve"> </w:t>
            </w:r>
          </w:p>
        </w:tc>
      </w:tr>
    </w:tbl>
    <w:p w14:paraId="45FB0818" w14:textId="77777777" w:rsidR="00C55DBE" w:rsidRDefault="00C55DBE">
      <w:pPr>
        <w:spacing w:after="0"/>
      </w:pPr>
    </w:p>
    <w:p w14:paraId="0637578C" w14:textId="3AB6FBC9" w:rsidR="00C55DBE" w:rsidRDefault="315138B6" w:rsidP="315138B6">
      <w:pPr>
        <w:keepNext/>
        <w:spacing w:before="100" w:after="40"/>
      </w:pPr>
      <w:r w:rsidRPr="315138B6">
        <w:rPr>
          <w:b/>
          <w:bCs/>
        </w:rPr>
        <w:t>Explain the organization’s approach to replicating and implementing the curriculum and instructional design among multiple schools.</w:t>
      </w:r>
    </w:p>
    <w:tbl>
      <w:tblPr>
        <w:tblW w:w="0" w:type="auto"/>
        <w:jc w:val="center"/>
        <w:tblLayout w:type="fixed"/>
        <w:tblLook w:val="04A0" w:firstRow="1" w:lastRow="0" w:firstColumn="1" w:lastColumn="0" w:noHBand="0" w:noVBand="1"/>
      </w:tblPr>
      <w:tblGrid>
        <w:gridCol w:w="9648"/>
      </w:tblGrid>
      <w:tr w:rsidR="00C55DBE" w14:paraId="1FDCBF5D" w14:textId="77777777">
        <w:trPr>
          <w:jc w:val="center"/>
        </w:trPr>
        <w:tc>
          <w:tcPr>
            <w:tcW w:w="9648" w:type="dxa"/>
            <w:tcBorders>
              <w:top w:val="single" w:sz="8" w:space="0" w:color="778BA5"/>
              <w:left w:val="single" w:sz="8" w:space="0" w:color="778BA5"/>
              <w:bottom w:val="single" w:sz="8" w:space="0" w:color="778BA5"/>
              <w:right w:val="single" w:sz="8" w:space="0" w:color="778BA5"/>
            </w:tcBorders>
            <w:shd w:val="clear" w:color="auto" w:fill="F0F8FF"/>
          </w:tcPr>
          <w:p w14:paraId="03CDB35D" w14:textId="77777777" w:rsidR="00C55DBE" w:rsidRDefault="002A463B">
            <w:r>
              <w:rPr>
                <w:i/>
              </w:rPr>
              <w:t>Click or tap here to enter text.</w:t>
            </w:r>
          </w:p>
          <w:p w14:paraId="10146664" w14:textId="77777777" w:rsidR="00C55DBE" w:rsidRDefault="002A463B">
            <w:r>
              <w:t xml:space="preserve"> </w:t>
            </w:r>
          </w:p>
          <w:p w14:paraId="5B68B9CD" w14:textId="77777777" w:rsidR="00C55DBE" w:rsidRDefault="002A463B">
            <w:r>
              <w:t xml:space="preserve"> </w:t>
            </w:r>
          </w:p>
          <w:p w14:paraId="1B7172F4" w14:textId="77777777" w:rsidR="00C55DBE" w:rsidRDefault="002A463B">
            <w:r>
              <w:t xml:space="preserve"> </w:t>
            </w:r>
          </w:p>
        </w:tc>
      </w:tr>
    </w:tbl>
    <w:p w14:paraId="049F31CB" w14:textId="77777777" w:rsidR="00C55DBE" w:rsidRDefault="00C55DBE">
      <w:pPr>
        <w:spacing w:after="0"/>
      </w:pPr>
    </w:p>
    <w:p w14:paraId="4D43246D" w14:textId="0A59C500" w:rsidR="00C55DBE" w:rsidRDefault="315138B6" w:rsidP="315138B6">
      <w:pPr>
        <w:keepNext/>
        <w:spacing w:before="100" w:after="40"/>
      </w:pPr>
      <w:r w:rsidRPr="315138B6">
        <w:rPr>
          <w:b/>
          <w:bCs/>
        </w:rPr>
        <w:t>How will the organization ensure fidelity and consistency of instructional methodology and strategies across sites?</w:t>
      </w:r>
    </w:p>
    <w:tbl>
      <w:tblPr>
        <w:tblW w:w="0" w:type="auto"/>
        <w:jc w:val="center"/>
        <w:tblLayout w:type="fixed"/>
        <w:tblLook w:val="04A0" w:firstRow="1" w:lastRow="0" w:firstColumn="1" w:lastColumn="0" w:noHBand="0" w:noVBand="1"/>
      </w:tblPr>
      <w:tblGrid>
        <w:gridCol w:w="9648"/>
      </w:tblGrid>
      <w:tr w:rsidR="00C55DBE" w14:paraId="182D39A1" w14:textId="77777777">
        <w:trPr>
          <w:jc w:val="center"/>
        </w:trPr>
        <w:tc>
          <w:tcPr>
            <w:tcW w:w="9648" w:type="dxa"/>
            <w:tcBorders>
              <w:top w:val="single" w:sz="8" w:space="0" w:color="778BA5"/>
              <w:left w:val="single" w:sz="8" w:space="0" w:color="778BA5"/>
              <w:bottom w:val="single" w:sz="8" w:space="0" w:color="778BA5"/>
              <w:right w:val="single" w:sz="8" w:space="0" w:color="778BA5"/>
            </w:tcBorders>
            <w:shd w:val="clear" w:color="auto" w:fill="F0F8FF"/>
          </w:tcPr>
          <w:p w14:paraId="43B9CF38" w14:textId="77777777" w:rsidR="00C55DBE" w:rsidRDefault="002A463B">
            <w:r>
              <w:rPr>
                <w:i/>
              </w:rPr>
              <w:t>Click or tap here to enter text.</w:t>
            </w:r>
          </w:p>
          <w:p w14:paraId="325CE300" w14:textId="77777777" w:rsidR="00C55DBE" w:rsidRDefault="002A463B">
            <w:r>
              <w:t xml:space="preserve"> </w:t>
            </w:r>
          </w:p>
          <w:p w14:paraId="25DD3341" w14:textId="77777777" w:rsidR="00C55DBE" w:rsidRDefault="002A463B">
            <w:r>
              <w:t xml:space="preserve"> </w:t>
            </w:r>
          </w:p>
          <w:p w14:paraId="23DD831B" w14:textId="77777777" w:rsidR="00C55DBE" w:rsidRDefault="002A463B">
            <w:r>
              <w:t xml:space="preserve"> </w:t>
            </w:r>
          </w:p>
        </w:tc>
      </w:tr>
    </w:tbl>
    <w:p w14:paraId="53128261" w14:textId="77777777" w:rsidR="00C55DBE" w:rsidRDefault="00C55DBE">
      <w:pPr>
        <w:spacing w:after="0"/>
      </w:pPr>
    </w:p>
    <w:p w14:paraId="5A25EC49" w14:textId="77777777" w:rsidR="00C55DBE" w:rsidRDefault="002A463B">
      <w:pPr>
        <w:keepNext/>
        <w:spacing w:before="100" w:after="40"/>
      </w:pPr>
      <w:r>
        <w:rPr>
          <w:b/>
          <w:color w:val="43718B"/>
          <w:sz w:val="22"/>
        </w:rPr>
        <w:t>Governance Systems</w:t>
      </w:r>
    </w:p>
    <w:p w14:paraId="43554106" w14:textId="77777777" w:rsidR="00C55DBE" w:rsidRDefault="002A463B">
      <w:pPr>
        <w:keepNext/>
        <w:spacing w:after="80"/>
      </w:pPr>
      <w:r>
        <w:rPr>
          <w:i/>
          <w:sz w:val="18"/>
        </w:rPr>
        <w:t>Describe the board structure, committee structure, and oversight systems that are essential to the existing school’s success and explain how those systems will be carried forward at the replicated school. Focus on model fidelity; board composition, skills, succession, ethics, and legal compliance are addressed later under Governance and Leadership Capacity.</w:t>
      </w:r>
    </w:p>
    <w:p w14:paraId="3DE927CF" w14:textId="77777777" w:rsidR="00C55DBE" w:rsidRDefault="002A463B">
      <w:pPr>
        <w:keepNext/>
        <w:spacing w:after="80"/>
      </w:pPr>
      <w:r>
        <w:rPr>
          <w:i/>
          <w:sz w:val="18"/>
        </w:rPr>
        <w:t>Briefly describe the governance practices of the existing school that are essential to successful replication, including how the governing body exercises oversight and how those practices will be maintained or adapted for the replicated school.</w:t>
      </w:r>
    </w:p>
    <w:tbl>
      <w:tblPr>
        <w:tblW w:w="0" w:type="auto"/>
        <w:jc w:val="center"/>
        <w:tblLayout w:type="fixed"/>
        <w:tblLook w:val="04A0" w:firstRow="1" w:lastRow="0" w:firstColumn="1" w:lastColumn="0" w:noHBand="0" w:noVBand="1"/>
      </w:tblPr>
      <w:tblGrid>
        <w:gridCol w:w="9648"/>
      </w:tblGrid>
      <w:tr w:rsidR="00C55DBE" w14:paraId="39BB20D4" w14:textId="77777777">
        <w:trPr>
          <w:jc w:val="center"/>
        </w:trPr>
        <w:tc>
          <w:tcPr>
            <w:tcW w:w="9648" w:type="dxa"/>
            <w:tcBorders>
              <w:top w:val="single" w:sz="8" w:space="0" w:color="778BA5"/>
              <w:left w:val="single" w:sz="8" w:space="0" w:color="778BA5"/>
              <w:bottom w:val="single" w:sz="8" w:space="0" w:color="778BA5"/>
              <w:right w:val="single" w:sz="8" w:space="0" w:color="778BA5"/>
            </w:tcBorders>
            <w:shd w:val="clear" w:color="auto" w:fill="F0F8FF"/>
          </w:tcPr>
          <w:p w14:paraId="5C06BDBB" w14:textId="77777777" w:rsidR="00C55DBE" w:rsidRDefault="002A463B">
            <w:r>
              <w:rPr>
                <w:i/>
              </w:rPr>
              <w:t>Click or tap here to enter text.</w:t>
            </w:r>
          </w:p>
          <w:p w14:paraId="28CE8CB7" w14:textId="77777777" w:rsidR="00C55DBE" w:rsidRDefault="002A463B">
            <w:r>
              <w:t xml:space="preserve"> </w:t>
            </w:r>
          </w:p>
          <w:p w14:paraId="1895D3B7" w14:textId="77777777" w:rsidR="00C55DBE" w:rsidRDefault="002A463B">
            <w:r>
              <w:t xml:space="preserve"> </w:t>
            </w:r>
          </w:p>
        </w:tc>
      </w:tr>
    </w:tbl>
    <w:p w14:paraId="62486C05" w14:textId="77777777" w:rsidR="00C55DBE" w:rsidRDefault="00C55DBE">
      <w:pPr>
        <w:spacing w:after="0"/>
      </w:pPr>
    </w:p>
    <w:p w14:paraId="78CBB515" w14:textId="5A69DEAB" w:rsidR="315138B6" w:rsidRDefault="315138B6" w:rsidP="315138B6">
      <w:pPr>
        <w:spacing w:after="0"/>
      </w:pPr>
    </w:p>
    <w:p w14:paraId="2C2A2244" w14:textId="43ABC5DF" w:rsidR="315138B6" w:rsidRDefault="315138B6" w:rsidP="315138B6">
      <w:pPr>
        <w:spacing w:after="0"/>
      </w:pPr>
    </w:p>
    <w:p w14:paraId="1E329073" w14:textId="7B274952" w:rsidR="00C55DBE" w:rsidRDefault="315138B6" w:rsidP="315138B6">
      <w:pPr>
        <w:keepNext/>
        <w:spacing w:before="100" w:after="40"/>
      </w:pPr>
      <w:r w:rsidRPr="315138B6">
        <w:rPr>
          <w:b/>
          <w:bCs/>
        </w:rPr>
        <w:t>How will the governance structure of the new school relate to the school being replicated?</w:t>
      </w:r>
    </w:p>
    <w:tbl>
      <w:tblPr>
        <w:tblW w:w="0" w:type="auto"/>
        <w:jc w:val="center"/>
        <w:tblLayout w:type="fixed"/>
        <w:tblLook w:val="04A0" w:firstRow="1" w:lastRow="0" w:firstColumn="1" w:lastColumn="0" w:noHBand="0" w:noVBand="1"/>
      </w:tblPr>
      <w:tblGrid>
        <w:gridCol w:w="9648"/>
      </w:tblGrid>
      <w:tr w:rsidR="00C55DBE" w14:paraId="18098A44" w14:textId="77777777">
        <w:trPr>
          <w:jc w:val="center"/>
        </w:trPr>
        <w:tc>
          <w:tcPr>
            <w:tcW w:w="9648" w:type="dxa"/>
            <w:tcBorders>
              <w:top w:val="single" w:sz="8" w:space="0" w:color="778BA5"/>
              <w:left w:val="single" w:sz="8" w:space="0" w:color="778BA5"/>
              <w:bottom w:val="single" w:sz="8" w:space="0" w:color="778BA5"/>
              <w:right w:val="single" w:sz="8" w:space="0" w:color="778BA5"/>
            </w:tcBorders>
            <w:shd w:val="clear" w:color="auto" w:fill="F0F8FF"/>
          </w:tcPr>
          <w:p w14:paraId="593EB56A" w14:textId="77777777" w:rsidR="00C55DBE" w:rsidRDefault="002A463B">
            <w:r>
              <w:rPr>
                <w:i/>
              </w:rPr>
              <w:t>Click or tap here to enter text.</w:t>
            </w:r>
          </w:p>
          <w:p w14:paraId="7FDE0BDC" w14:textId="77777777" w:rsidR="00C55DBE" w:rsidRDefault="002A463B">
            <w:r>
              <w:t xml:space="preserve"> </w:t>
            </w:r>
          </w:p>
          <w:p w14:paraId="6C1031F9" w14:textId="77777777" w:rsidR="00C55DBE" w:rsidRDefault="002A463B">
            <w:r>
              <w:t xml:space="preserve"> </w:t>
            </w:r>
          </w:p>
          <w:p w14:paraId="4CE745D7" w14:textId="77777777" w:rsidR="00C55DBE" w:rsidRDefault="002A463B">
            <w:r>
              <w:t xml:space="preserve"> </w:t>
            </w:r>
          </w:p>
        </w:tc>
      </w:tr>
    </w:tbl>
    <w:p w14:paraId="4101652C" w14:textId="77777777" w:rsidR="00C55DBE" w:rsidRDefault="00C55DBE">
      <w:pPr>
        <w:spacing w:after="0"/>
      </w:pPr>
    </w:p>
    <w:p w14:paraId="5BDDDACF" w14:textId="77777777" w:rsidR="00C55DBE" w:rsidRDefault="002A463B">
      <w:pPr>
        <w:keepNext/>
        <w:spacing w:before="100" w:after="40"/>
      </w:pPr>
      <w:r>
        <w:rPr>
          <w:b/>
          <w:color w:val="43718B"/>
          <w:sz w:val="22"/>
        </w:rPr>
        <w:t>School Culture Fidelity</w:t>
      </w:r>
    </w:p>
    <w:p w14:paraId="0E968D29" w14:textId="77777777" w:rsidR="00C55DBE" w:rsidRDefault="002A463B">
      <w:pPr>
        <w:keepNext/>
        <w:spacing w:after="80"/>
      </w:pPr>
      <w:r>
        <w:rPr>
          <w:i/>
          <w:sz w:val="18"/>
        </w:rPr>
        <w:t>Describe the elements of the existing school culture that are essential to the model, including behavioral expectations, student support frameworks, and family engagement systems. Explain how those elements will be established and maintained at the replicated school.</w:t>
      </w:r>
    </w:p>
    <w:p w14:paraId="1F807070" w14:textId="77777777" w:rsidR="00C55DBE" w:rsidRDefault="002A463B">
      <w:pPr>
        <w:keepNext/>
        <w:spacing w:after="80"/>
      </w:pPr>
      <w:r>
        <w:rPr>
          <w:i/>
          <w:sz w:val="18"/>
        </w:rPr>
        <w:t>Describe the essential features of the existing school’s culture that will be replicated, such as expectations, routines, family and student engagement, and other practices that directly support the school model. Identify any material changes planned for the replicated school.</w:t>
      </w:r>
    </w:p>
    <w:tbl>
      <w:tblPr>
        <w:tblW w:w="0" w:type="auto"/>
        <w:jc w:val="center"/>
        <w:tblLayout w:type="fixed"/>
        <w:tblLook w:val="04A0" w:firstRow="1" w:lastRow="0" w:firstColumn="1" w:lastColumn="0" w:noHBand="0" w:noVBand="1"/>
      </w:tblPr>
      <w:tblGrid>
        <w:gridCol w:w="9648"/>
      </w:tblGrid>
      <w:tr w:rsidR="00C55DBE" w14:paraId="11C529E7" w14:textId="77777777">
        <w:trPr>
          <w:jc w:val="center"/>
        </w:trPr>
        <w:tc>
          <w:tcPr>
            <w:tcW w:w="9648" w:type="dxa"/>
            <w:tcBorders>
              <w:top w:val="single" w:sz="8" w:space="0" w:color="778BA5"/>
              <w:left w:val="single" w:sz="8" w:space="0" w:color="778BA5"/>
              <w:bottom w:val="single" w:sz="8" w:space="0" w:color="778BA5"/>
              <w:right w:val="single" w:sz="8" w:space="0" w:color="778BA5"/>
            </w:tcBorders>
            <w:shd w:val="clear" w:color="auto" w:fill="F0F8FF"/>
          </w:tcPr>
          <w:p w14:paraId="723B2F1F" w14:textId="77777777" w:rsidR="00C55DBE" w:rsidRDefault="002A463B">
            <w:r>
              <w:rPr>
                <w:i/>
              </w:rPr>
              <w:t>Click or tap here to enter text.</w:t>
            </w:r>
          </w:p>
          <w:p w14:paraId="7D149327" w14:textId="77777777" w:rsidR="00C55DBE" w:rsidRDefault="002A463B">
            <w:r>
              <w:t xml:space="preserve"> </w:t>
            </w:r>
          </w:p>
          <w:p w14:paraId="253B9705" w14:textId="77777777" w:rsidR="00C55DBE" w:rsidRDefault="002A463B">
            <w:r>
              <w:t xml:space="preserve"> </w:t>
            </w:r>
          </w:p>
        </w:tc>
      </w:tr>
    </w:tbl>
    <w:p w14:paraId="4B99056E" w14:textId="77777777" w:rsidR="00C55DBE" w:rsidRDefault="00C55DBE">
      <w:pPr>
        <w:spacing w:after="0"/>
      </w:pPr>
    </w:p>
    <w:p w14:paraId="6F9F0F0F" w14:textId="77777777" w:rsidR="00C55DBE" w:rsidRDefault="002A463B">
      <w:pPr>
        <w:keepNext/>
        <w:spacing w:before="100" w:after="40"/>
      </w:pPr>
      <w:r>
        <w:rPr>
          <w:b/>
          <w:color w:val="43718B"/>
          <w:sz w:val="22"/>
        </w:rPr>
        <w:t>Operational Systems Fidelity</w:t>
      </w:r>
    </w:p>
    <w:p w14:paraId="32E18B5B" w14:textId="77777777" w:rsidR="00C55DBE" w:rsidRDefault="002A463B">
      <w:pPr>
        <w:keepNext/>
        <w:spacing w:after="80"/>
      </w:pPr>
      <w:r>
        <w:rPr>
          <w:i/>
          <w:sz w:val="18"/>
        </w:rPr>
        <w:t>Identify the operating systems that are essential to reproducing the existing school model, including the staffing model, financial controls, and data systems. Explain which systems will be replicated, shared across schools, or adapted for the new site. Do not repeat the site-specific facilities and staffing readiness information requested in the Operations Plan.</w:t>
      </w:r>
    </w:p>
    <w:p w14:paraId="6A2004F0" w14:textId="77777777" w:rsidR="00C55DBE" w:rsidRDefault="002A463B">
      <w:pPr>
        <w:keepNext/>
        <w:spacing w:after="80"/>
      </w:pPr>
      <w:r>
        <w:rPr>
          <w:i/>
          <w:sz w:val="18"/>
        </w:rPr>
        <w:t>Identify the core operational systems and practices that are necessary to reproduce the existing school’s model successfully. Focus on systems that will be shared, replicated, or materially changed at the new school rather than restating routine policies already in place.</w:t>
      </w:r>
    </w:p>
    <w:tbl>
      <w:tblPr>
        <w:tblW w:w="0" w:type="auto"/>
        <w:jc w:val="center"/>
        <w:tblLayout w:type="fixed"/>
        <w:tblLook w:val="04A0" w:firstRow="1" w:lastRow="0" w:firstColumn="1" w:lastColumn="0" w:noHBand="0" w:noVBand="1"/>
      </w:tblPr>
      <w:tblGrid>
        <w:gridCol w:w="9648"/>
      </w:tblGrid>
      <w:tr w:rsidR="00C55DBE" w14:paraId="7A61E0AF" w14:textId="77777777">
        <w:trPr>
          <w:jc w:val="center"/>
        </w:trPr>
        <w:tc>
          <w:tcPr>
            <w:tcW w:w="9648" w:type="dxa"/>
            <w:tcBorders>
              <w:top w:val="single" w:sz="8" w:space="0" w:color="778BA5"/>
              <w:left w:val="single" w:sz="8" w:space="0" w:color="778BA5"/>
              <w:bottom w:val="single" w:sz="8" w:space="0" w:color="778BA5"/>
              <w:right w:val="single" w:sz="8" w:space="0" w:color="778BA5"/>
            </w:tcBorders>
            <w:shd w:val="clear" w:color="auto" w:fill="F0F8FF"/>
          </w:tcPr>
          <w:p w14:paraId="54E27D6D" w14:textId="77777777" w:rsidR="00C55DBE" w:rsidRDefault="002A463B">
            <w:r>
              <w:rPr>
                <w:i/>
              </w:rPr>
              <w:t>Click or tap here to enter text.</w:t>
            </w:r>
          </w:p>
          <w:p w14:paraId="752553BD" w14:textId="77777777" w:rsidR="00C55DBE" w:rsidRDefault="002A463B">
            <w:r>
              <w:t xml:space="preserve"> </w:t>
            </w:r>
          </w:p>
          <w:p w14:paraId="56051E44" w14:textId="77777777" w:rsidR="00C55DBE" w:rsidRDefault="002A463B">
            <w:r>
              <w:t xml:space="preserve"> </w:t>
            </w:r>
          </w:p>
        </w:tc>
      </w:tr>
    </w:tbl>
    <w:p w14:paraId="1299C43A" w14:textId="77777777" w:rsidR="00C55DBE" w:rsidRDefault="00C55DBE">
      <w:pPr>
        <w:spacing w:after="0"/>
      </w:pPr>
    </w:p>
    <w:p w14:paraId="658B9628" w14:textId="4E8778B0" w:rsidR="00C55DBE" w:rsidRDefault="315138B6" w:rsidP="315138B6">
      <w:pPr>
        <w:keepNext/>
        <w:spacing w:before="100" w:after="40"/>
      </w:pPr>
      <w:r w:rsidRPr="315138B6">
        <w:rPr>
          <w:b/>
          <w:bCs/>
          <w:color w:val="43718B"/>
          <w:sz w:val="22"/>
        </w:rPr>
        <w:t>Leadership Model and Expansion Oversight</w:t>
      </w:r>
    </w:p>
    <w:p w14:paraId="698A327F" w14:textId="77777777" w:rsidR="00C55DBE" w:rsidRDefault="002A463B">
      <w:pPr>
        <w:keepNext/>
        <w:spacing w:after="80"/>
      </w:pPr>
      <w:r>
        <w:rPr>
          <w:i/>
          <w:sz w:val="18"/>
        </w:rPr>
        <w:t>Describe the leadership model used by the existing school and how leadership responsibilities will be structured across the existing and replicated schools. Address succession planning and identify who will oversee the replication and expansion effort. Detailed qualifications and overall leadership capacity are addressed later.</w:t>
      </w:r>
    </w:p>
    <w:p w14:paraId="275FFEC8" w14:textId="77777777" w:rsidR="00C55DBE" w:rsidRDefault="002A463B">
      <w:pPr>
        <w:keepNext/>
        <w:spacing w:after="80"/>
      </w:pPr>
      <w:r>
        <w:rPr>
          <w:i/>
          <w:sz w:val="18"/>
        </w:rPr>
        <w:t>Describe the leadership structure that will support both the existing and replicated schools. Identify leadership roles, decision-making responsibilities, and how the organization will maintain sufficient leadership capacity as it expands.</w:t>
      </w:r>
    </w:p>
    <w:tbl>
      <w:tblPr>
        <w:tblW w:w="0" w:type="auto"/>
        <w:jc w:val="center"/>
        <w:tblLayout w:type="fixed"/>
        <w:tblLook w:val="04A0" w:firstRow="1" w:lastRow="0" w:firstColumn="1" w:lastColumn="0" w:noHBand="0" w:noVBand="1"/>
      </w:tblPr>
      <w:tblGrid>
        <w:gridCol w:w="9648"/>
      </w:tblGrid>
      <w:tr w:rsidR="00C55DBE" w14:paraId="66EE7D5C" w14:textId="77777777">
        <w:trPr>
          <w:jc w:val="center"/>
        </w:trPr>
        <w:tc>
          <w:tcPr>
            <w:tcW w:w="9648" w:type="dxa"/>
            <w:tcBorders>
              <w:top w:val="single" w:sz="8" w:space="0" w:color="778BA5"/>
              <w:left w:val="single" w:sz="8" w:space="0" w:color="778BA5"/>
              <w:bottom w:val="single" w:sz="8" w:space="0" w:color="778BA5"/>
              <w:right w:val="single" w:sz="8" w:space="0" w:color="778BA5"/>
            </w:tcBorders>
            <w:shd w:val="clear" w:color="auto" w:fill="F0F8FF"/>
          </w:tcPr>
          <w:p w14:paraId="26395BFE" w14:textId="77777777" w:rsidR="00C55DBE" w:rsidRDefault="002A463B">
            <w:r>
              <w:rPr>
                <w:i/>
              </w:rPr>
              <w:t>Click or tap here to enter text.</w:t>
            </w:r>
          </w:p>
          <w:p w14:paraId="554EF5F4" w14:textId="77777777" w:rsidR="00C55DBE" w:rsidRDefault="002A463B">
            <w:r>
              <w:lastRenderedPageBreak/>
              <w:t xml:space="preserve"> </w:t>
            </w:r>
          </w:p>
          <w:p w14:paraId="7E235B9D" w14:textId="77777777" w:rsidR="00C55DBE" w:rsidRDefault="002A463B">
            <w:r>
              <w:t xml:space="preserve"> </w:t>
            </w:r>
          </w:p>
        </w:tc>
      </w:tr>
    </w:tbl>
    <w:p w14:paraId="4DDBEF00" w14:textId="77777777" w:rsidR="00C55DBE" w:rsidRDefault="00C55DBE">
      <w:pPr>
        <w:spacing w:after="0"/>
      </w:pPr>
    </w:p>
    <w:p w14:paraId="5B55B0EF" w14:textId="77777777" w:rsidR="00C55DBE" w:rsidRDefault="002A463B">
      <w:pPr>
        <w:keepNext/>
        <w:spacing w:after="80"/>
      </w:pPr>
      <w:r>
        <w:rPr>
          <w:i/>
          <w:sz w:val="18"/>
        </w:rPr>
        <w:t>Describe the systems and routines used to monitor academic and organizational performance and explain how the same information will be used to monitor implementation and outcomes at the replicated school.</w:t>
      </w:r>
    </w:p>
    <w:tbl>
      <w:tblPr>
        <w:tblW w:w="0" w:type="auto"/>
        <w:jc w:val="center"/>
        <w:tblLayout w:type="fixed"/>
        <w:tblLook w:val="04A0" w:firstRow="1" w:lastRow="0" w:firstColumn="1" w:lastColumn="0" w:noHBand="0" w:noVBand="1"/>
      </w:tblPr>
      <w:tblGrid>
        <w:gridCol w:w="9648"/>
      </w:tblGrid>
      <w:tr w:rsidR="00C55DBE" w14:paraId="459A2A5E" w14:textId="77777777">
        <w:trPr>
          <w:jc w:val="center"/>
        </w:trPr>
        <w:tc>
          <w:tcPr>
            <w:tcW w:w="9648" w:type="dxa"/>
            <w:tcBorders>
              <w:top w:val="single" w:sz="8" w:space="0" w:color="778BA5"/>
              <w:left w:val="single" w:sz="8" w:space="0" w:color="778BA5"/>
              <w:bottom w:val="single" w:sz="8" w:space="0" w:color="778BA5"/>
              <w:right w:val="single" w:sz="8" w:space="0" w:color="778BA5"/>
            </w:tcBorders>
            <w:shd w:val="clear" w:color="auto" w:fill="F0F8FF"/>
          </w:tcPr>
          <w:p w14:paraId="473EC3D1" w14:textId="77777777" w:rsidR="00C55DBE" w:rsidRDefault="002A463B">
            <w:r>
              <w:rPr>
                <w:i/>
              </w:rPr>
              <w:t>Click or tap here to enter text.</w:t>
            </w:r>
          </w:p>
          <w:p w14:paraId="66AC4DF1" w14:textId="77777777" w:rsidR="00C55DBE" w:rsidRDefault="002A463B">
            <w:r>
              <w:t xml:space="preserve"> </w:t>
            </w:r>
          </w:p>
          <w:p w14:paraId="131F8F3A" w14:textId="77777777" w:rsidR="00C55DBE" w:rsidRDefault="002A463B">
            <w:r>
              <w:t xml:space="preserve"> </w:t>
            </w:r>
          </w:p>
        </w:tc>
      </w:tr>
    </w:tbl>
    <w:p w14:paraId="3461D779" w14:textId="77777777" w:rsidR="00C55DBE" w:rsidRDefault="00C55DBE">
      <w:pPr>
        <w:spacing w:after="0"/>
      </w:pPr>
    </w:p>
    <w:p w14:paraId="29DF621E" w14:textId="77777777" w:rsidR="00C55DBE" w:rsidRDefault="002A463B">
      <w:pPr>
        <w:pStyle w:val="Heading1"/>
        <w:pBdr>
          <w:bottom w:val="single" w:sz="10" w:space="4" w:color="F1BA55"/>
        </w:pBdr>
        <w:spacing w:before="200"/>
      </w:pPr>
      <w:r>
        <w:rPr>
          <w:rFonts w:ascii="Poppins" w:eastAsia="Poppins" w:hAnsi="Poppins" w:cs="Poppins"/>
        </w:rPr>
        <w:t>Replication Performance Report</w:t>
      </w:r>
    </w:p>
    <w:p w14:paraId="28837BF8" w14:textId="77777777" w:rsidR="00C55DBE" w:rsidRDefault="002A463B">
      <w:pPr>
        <w:spacing w:after="100"/>
      </w:pPr>
      <w:r>
        <w:rPr>
          <w:i/>
          <w:sz w:val="18"/>
        </w:rPr>
        <w:t>This section is intended to demonstrate the prior record of the existing school. Use concise narrative supported by performance data and evidence. The purpose is to show whether the existing model has a record that supports replication and to identify material issues relevant to reproducing that record at the new school.</w:t>
      </w:r>
    </w:p>
    <w:p w14:paraId="429345B5" w14:textId="77777777" w:rsidR="00C55DBE" w:rsidRDefault="002A463B">
      <w:pPr>
        <w:keepNext/>
        <w:spacing w:before="100" w:after="40"/>
      </w:pPr>
      <w:r>
        <w:rPr>
          <w:b/>
        </w:rPr>
        <w:t>Performance Narrative Summary</w:t>
      </w:r>
    </w:p>
    <w:p w14:paraId="6A964456" w14:textId="77777777" w:rsidR="00C55DBE" w:rsidRDefault="002A463B">
      <w:pPr>
        <w:keepNext/>
        <w:spacing w:after="80"/>
      </w:pPr>
      <w:r>
        <w:rPr>
          <w:i/>
          <w:sz w:val="18"/>
        </w:rPr>
        <w:t>Provide a concise summary of the existing school’s record of success across academic, financial, and organizational/compliance performance. Highlight significant strengths, trends, and any material challenges relevant to replication. The summary should orient the reviewer to the evidence submitted; do not duplicate detailed evidence provided elsewhere.</w:t>
      </w:r>
    </w:p>
    <w:p w14:paraId="3748E005" w14:textId="77777777" w:rsidR="00C55DBE" w:rsidRDefault="002A463B">
      <w:pPr>
        <w:keepNext/>
        <w:spacing w:after="80"/>
      </w:pPr>
      <w:r>
        <w:rPr>
          <w:i/>
          <w:sz w:val="18"/>
        </w:rPr>
        <w:t>Supporting evidence should address, as applicable: three years of School Report Card performance; achievement, growth, subgroup, graduation, college/career readiness, attendance, chronic absenteeism, discipline, and school-climate indicators; audited financial statements, fund-balance trends, debt management, financial controls and unresolved findings; and authorizer evaluations, reporting compliance, corrective actions, governance effectiveness, and legal/regulatory compliance.</w:t>
      </w:r>
    </w:p>
    <w:p w14:paraId="5CF7C4F6" w14:textId="77777777" w:rsidR="00C55DBE" w:rsidRDefault="002A463B">
      <w:pPr>
        <w:keepNext/>
        <w:spacing w:after="80"/>
      </w:pPr>
      <w:r>
        <w:rPr>
          <w:i/>
          <w:sz w:val="18"/>
        </w:rPr>
        <w:t>Provide a concise summary of the existing charter school’s overall record of success and explain why that record supports replication. Address academic, organizational, and financial performance, including significant strengths, performance trends, and any material challenges that may affect successful replication. Explain how the existing school’s performance demonstrates that the model is ready to be replicated. Do not repeat detailed academic information requested below.</w:t>
      </w:r>
    </w:p>
    <w:tbl>
      <w:tblPr>
        <w:tblW w:w="0" w:type="auto"/>
        <w:jc w:val="center"/>
        <w:tblLayout w:type="fixed"/>
        <w:tblLook w:val="04A0" w:firstRow="1" w:lastRow="0" w:firstColumn="1" w:lastColumn="0" w:noHBand="0" w:noVBand="1"/>
      </w:tblPr>
      <w:tblGrid>
        <w:gridCol w:w="9648"/>
      </w:tblGrid>
      <w:tr w:rsidR="00C55DBE" w14:paraId="2C3B3824" w14:textId="77777777">
        <w:trPr>
          <w:jc w:val="center"/>
        </w:trPr>
        <w:tc>
          <w:tcPr>
            <w:tcW w:w="9648" w:type="dxa"/>
            <w:tcBorders>
              <w:top w:val="single" w:sz="8" w:space="0" w:color="778BA5"/>
              <w:left w:val="single" w:sz="8" w:space="0" w:color="778BA5"/>
              <w:bottom w:val="single" w:sz="8" w:space="0" w:color="778BA5"/>
              <w:right w:val="single" w:sz="8" w:space="0" w:color="778BA5"/>
            </w:tcBorders>
            <w:shd w:val="clear" w:color="auto" w:fill="F0F8FF"/>
          </w:tcPr>
          <w:p w14:paraId="10643D94" w14:textId="77777777" w:rsidR="00C55DBE" w:rsidRDefault="002A463B">
            <w:r>
              <w:rPr>
                <w:i/>
              </w:rPr>
              <w:t>Click or tap here to enter text.</w:t>
            </w:r>
          </w:p>
          <w:p w14:paraId="455E230F" w14:textId="77777777" w:rsidR="00C55DBE" w:rsidRDefault="002A463B">
            <w:r>
              <w:t xml:space="preserve"> </w:t>
            </w:r>
          </w:p>
          <w:p w14:paraId="0A8DB014" w14:textId="77777777" w:rsidR="00C55DBE" w:rsidRDefault="002A463B">
            <w:r>
              <w:t xml:space="preserve"> </w:t>
            </w:r>
          </w:p>
          <w:p w14:paraId="03D8BA8D" w14:textId="77777777" w:rsidR="00C55DBE" w:rsidRDefault="002A463B">
            <w:r>
              <w:t xml:space="preserve"> </w:t>
            </w:r>
          </w:p>
        </w:tc>
      </w:tr>
    </w:tbl>
    <w:p w14:paraId="3CF2D8B6" w14:textId="77777777" w:rsidR="00C55DBE" w:rsidRDefault="00C55DBE">
      <w:pPr>
        <w:spacing w:after="0"/>
      </w:pPr>
    </w:p>
    <w:p w14:paraId="2462100C" w14:textId="3ACEF655" w:rsidR="00C55DBE" w:rsidRDefault="315138B6" w:rsidP="315138B6">
      <w:pPr>
        <w:keepNext/>
        <w:spacing w:before="100" w:after="40"/>
      </w:pPr>
      <w:r w:rsidRPr="315138B6">
        <w:rPr>
          <w:b/>
          <w:bCs/>
        </w:rPr>
        <w:t>Provide a brief description of the existing school’s recent academic performance. Were the goals that were set met? If not, describe the corrective action plan used to address the goals that were not met.</w:t>
      </w:r>
    </w:p>
    <w:tbl>
      <w:tblPr>
        <w:tblW w:w="0" w:type="auto"/>
        <w:jc w:val="center"/>
        <w:tblLayout w:type="fixed"/>
        <w:tblLook w:val="04A0" w:firstRow="1" w:lastRow="0" w:firstColumn="1" w:lastColumn="0" w:noHBand="0" w:noVBand="1"/>
      </w:tblPr>
      <w:tblGrid>
        <w:gridCol w:w="9648"/>
      </w:tblGrid>
      <w:tr w:rsidR="00C55DBE" w14:paraId="4DA8CA24" w14:textId="77777777">
        <w:trPr>
          <w:jc w:val="center"/>
        </w:trPr>
        <w:tc>
          <w:tcPr>
            <w:tcW w:w="9648" w:type="dxa"/>
            <w:tcBorders>
              <w:top w:val="single" w:sz="8" w:space="0" w:color="778BA5"/>
              <w:left w:val="single" w:sz="8" w:space="0" w:color="778BA5"/>
              <w:bottom w:val="single" w:sz="8" w:space="0" w:color="778BA5"/>
              <w:right w:val="single" w:sz="8" w:space="0" w:color="778BA5"/>
            </w:tcBorders>
            <w:shd w:val="clear" w:color="auto" w:fill="F0F8FF"/>
          </w:tcPr>
          <w:p w14:paraId="4E79EA04" w14:textId="77777777" w:rsidR="00C55DBE" w:rsidRDefault="002A463B">
            <w:r>
              <w:rPr>
                <w:i/>
              </w:rPr>
              <w:t>Click or tap here to enter text.</w:t>
            </w:r>
          </w:p>
          <w:p w14:paraId="69A0658A" w14:textId="77777777" w:rsidR="00C55DBE" w:rsidRDefault="002A463B">
            <w:r>
              <w:t xml:space="preserve"> </w:t>
            </w:r>
          </w:p>
          <w:p w14:paraId="2EA285AA" w14:textId="77777777" w:rsidR="00C55DBE" w:rsidRDefault="002A463B">
            <w:r>
              <w:t xml:space="preserve"> </w:t>
            </w:r>
          </w:p>
          <w:p w14:paraId="58BC89FB" w14:textId="77777777" w:rsidR="00C55DBE" w:rsidRDefault="002A463B">
            <w:r>
              <w:lastRenderedPageBreak/>
              <w:t xml:space="preserve"> </w:t>
            </w:r>
          </w:p>
          <w:p w14:paraId="70945AB8" w14:textId="77777777" w:rsidR="00C55DBE" w:rsidRDefault="002A463B">
            <w:r>
              <w:t xml:space="preserve"> </w:t>
            </w:r>
          </w:p>
        </w:tc>
      </w:tr>
    </w:tbl>
    <w:p w14:paraId="0FB78278" w14:textId="77777777" w:rsidR="00C55DBE" w:rsidRDefault="00C55DBE">
      <w:pPr>
        <w:spacing w:after="0"/>
      </w:pPr>
    </w:p>
    <w:p w14:paraId="4094CAF5" w14:textId="63B27915" w:rsidR="00C55DBE" w:rsidRDefault="315138B6" w:rsidP="315138B6">
      <w:pPr>
        <w:keepNext/>
        <w:spacing w:before="100" w:after="40"/>
      </w:pPr>
      <w:r w:rsidRPr="315138B6">
        <w:rPr>
          <w:b/>
          <w:bCs/>
        </w:rPr>
        <w:t>Discuss any achievement gaps present at the existing school and how they were addressed.</w:t>
      </w:r>
    </w:p>
    <w:tbl>
      <w:tblPr>
        <w:tblW w:w="0" w:type="auto"/>
        <w:jc w:val="center"/>
        <w:tblLayout w:type="fixed"/>
        <w:tblLook w:val="04A0" w:firstRow="1" w:lastRow="0" w:firstColumn="1" w:lastColumn="0" w:noHBand="0" w:noVBand="1"/>
      </w:tblPr>
      <w:tblGrid>
        <w:gridCol w:w="9648"/>
      </w:tblGrid>
      <w:tr w:rsidR="00C55DBE" w14:paraId="7B784D15" w14:textId="77777777">
        <w:trPr>
          <w:jc w:val="center"/>
        </w:trPr>
        <w:tc>
          <w:tcPr>
            <w:tcW w:w="9648" w:type="dxa"/>
            <w:tcBorders>
              <w:top w:val="single" w:sz="8" w:space="0" w:color="778BA5"/>
              <w:left w:val="single" w:sz="8" w:space="0" w:color="778BA5"/>
              <w:bottom w:val="single" w:sz="8" w:space="0" w:color="778BA5"/>
              <w:right w:val="single" w:sz="8" w:space="0" w:color="778BA5"/>
            </w:tcBorders>
            <w:shd w:val="clear" w:color="auto" w:fill="F0F8FF"/>
          </w:tcPr>
          <w:p w14:paraId="0825EB79" w14:textId="77777777" w:rsidR="00C55DBE" w:rsidRDefault="002A463B">
            <w:r>
              <w:rPr>
                <w:i/>
              </w:rPr>
              <w:t>Click or tap here to enter text.</w:t>
            </w:r>
          </w:p>
          <w:p w14:paraId="45FB2F13" w14:textId="77777777" w:rsidR="00C55DBE" w:rsidRDefault="002A463B">
            <w:r>
              <w:t xml:space="preserve"> </w:t>
            </w:r>
          </w:p>
          <w:p w14:paraId="184D15E4" w14:textId="77777777" w:rsidR="00C55DBE" w:rsidRDefault="002A463B">
            <w:r>
              <w:t xml:space="preserve"> </w:t>
            </w:r>
          </w:p>
          <w:p w14:paraId="63A420E6" w14:textId="77777777" w:rsidR="00C55DBE" w:rsidRDefault="002A463B">
            <w:r>
              <w:t xml:space="preserve"> </w:t>
            </w:r>
          </w:p>
        </w:tc>
      </w:tr>
    </w:tbl>
    <w:p w14:paraId="1FC39945" w14:textId="77777777" w:rsidR="00C55DBE" w:rsidRDefault="00C55DBE">
      <w:pPr>
        <w:spacing w:after="0"/>
      </w:pPr>
    </w:p>
    <w:p w14:paraId="131B7728" w14:textId="77777777" w:rsidR="00C55DBE" w:rsidRDefault="002A463B">
      <w:pPr>
        <w:pStyle w:val="Heading1"/>
        <w:pBdr>
          <w:bottom w:val="single" w:sz="10" w:space="4" w:color="F1BA55"/>
        </w:pBdr>
        <w:spacing w:before="200"/>
      </w:pPr>
      <w:r>
        <w:rPr>
          <w:rFonts w:ascii="Poppins" w:eastAsia="Poppins" w:hAnsi="Poppins" w:cs="Poppins"/>
        </w:rPr>
        <w:t>Community Need and Demand</w:t>
      </w:r>
    </w:p>
    <w:p w14:paraId="58CC3CD7" w14:textId="77777777" w:rsidR="00C55DBE" w:rsidRDefault="002A463B">
      <w:pPr>
        <w:keepNext/>
        <w:spacing w:before="100" w:after="40"/>
      </w:pPr>
      <w:r>
        <w:rPr>
          <w:b/>
        </w:rPr>
        <w:t>Community Need</w:t>
      </w:r>
    </w:p>
    <w:p w14:paraId="212CE500" w14:textId="77777777" w:rsidR="00C55DBE" w:rsidRDefault="002A463B">
      <w:pPr>
        <w:keepNext/>
        <w:spacing w:after="80"/>
      </w:pPr>
      <w:r>
        <w:rPr>
          <w:i/>
          <w:sz w:val="18"/>
        </w:rPr>
        <w:t>Describe the educational needs of the community the replicated school proposes to serve and explain how the existing school model is suited to address those needs. Focus on information relevant to the need for this replication rather than providing a general community profile.</w:t>
      </w:r>
    </w:p>
    <w:tbl>
      <w:tblPr>
        <w:tblW w:w="0" w:type="auto"/>
        <w:jc w:val="center"/>
        <w:tblLayout w:type="fixed"/>
        <w:tblLook w:val="04A0" w:firstRow="1" w:lastRow="0" w:firstColumn="1" w:lastColumn="0" w:noHBand="0" w:noVBand="1"/>
      </w:tblPr>
      <w:tblGrid>
        <w:gridCol w:w="9648"/>
      </w:tblGrid>
      <w:tr w:rsidR="00C55DBE" w14:paraId="78A9B11E" w14:textId="77777777">
        <w:trPr>
          <w:jc w:val="center"/>
        </w:trPr>
        <w:tc>
          <w:tcPr>
            <w:tcW w:w="9648" w:type="dxa"/>
            <w:tcBorders>
              <w:top w:val="single" w:sz="8" w:space="0" w:color="778BA5"/>
              <w:left w:val="single" w:sz="8" w:space="0" w:color="778BA5"/>
              <w:bottom w:val="single" w:sz="8" w:space="0" w:color="778BA5"/>
              <w:right w:val="single" w:sz="8" w:space="0" w:color="778BA5"/>
            </w:tcBorders>
            <w:shd w:val="clear" w:color="auto" w:fill="F0F8FF"/>
          </w:tcPr>
          <w:p w14:paraId="59E437EE" w14:textId="77777777" w:rsidR="00C55DBE" w:rsidRDefault="002A463B">
            <w:r>
              <w:rPr>
                <w:i/>
              </w:rPr>
              <w:t>Click or tap here to enter text.</w:t>
            </w:r>
          </w:p>
          <w:p w14:paraId="028EB558" w14:textId="77777777" w:rsidR="00C55DBE" w:rsidRDefault="002A463B">
            <w:r>
              <w:t xml:space="preserve"> </w:t>
            </w:r>
          </w:p>
          <w:p w14:paraId="66E8DF9A" w14:textId="77777777" w:rsidR="00C55DBE" w:rsidRDefault="002A463B">
            <w:r>
              <w:t xml:space="preserve"> </w:t>
            </w:r>
          </w:p>
        </w:tc>
      </w:tr>
    </w:tbl>
    <w:p w14:paraId="0562CB0E" w14:textId="77777777" w:rsidR="00C55DBE" w:rsidRDefault="00C55DBE">
      <w:pPr>
        <w:spacing w:after="0"/>
      </w:pPr>
    </w:p>
    <w:p w14:paraId="73903A06" w14:textId="77777777" w:rsidR="00C55DBE" w:rsidRDefault="002A463B">
      <w:pPr>
        <w:keepNext/>
        <w:spacing w:before="100" w:after="40"/>
      </w:pPr>
      <w:r>
        <w:rPr>
          <w:b/>
        </w:rPr>
        <w:t>Evidence of Demand</w:t>
      </w:r>
    </w:p>
    <w:p w14:paraId="32B768EE" w14:textId="77777777" w:rsidR="00C55DBE" w:rsidRDefault="002A463B">
      <w:pPr>
        <w:keepNext/>
        <w:spacing w:after="80"/>
      </w:pPr>
      <w:r>
        <w:rPr>
          <w:i/>
          <w:sz w:val="18"/>
        </w:rPr>
        <w:t>Provide evidence supporting expected enrollment, such as parent surveys, enrollment interest forms, community meetings, waiting-list data, or letters of support, as applicable. Briefly describe the proposed outreach approach, including engagement of underserved populations, and identify any material admissions-compliance considerations for the replicated school.</w:t>
      </w:r>
    </w:p>
    <w:p w14:paraId="72BC69D0" w14:textId="77777777" w:rsidR="00C55DBE" w:rsidRDefault="002A463B">
      <w:pPr>
        <w:keepNext/>
        <w:spacing w:after="80"/>
      </w:pPr>
      <w:r>
        <w:rPr>
          <w:i/>
          <w:sz w:val="18"/>
        </w:rPr>
        <w:t>Provide evidence that families are likely to enroll in the proposed replicated school and briefly describe the outreach or engagement used to assess interest. Explain how the evidence supports the proposed enrollment projections.</w:t>
      </w:r>
    </w:p>
    <w:tbl>
      <w:tblPr>
        <w:tblW w:w="0" w:type="auto"/>
        <w:jc w:val="center"/>
        <w:tblLayout w:type="fixed"/>
        <w:tblLook w:val="04A0" w:firstRow="1" w:lastRow="0" w:firstColumn="1" w:lastColumn="0" w:noHBand="0" w:noVBand="1"/>
      </w:tblPr>
      <w:tblGrid>
        <w:gridCol w:w="9648"/>
      </w:tblGrid>
      <w:tr w:rsidR="00C55DBE" w14:paraId="1F449F30" w14:textId="77777777">
        <w:trPr>
          <w:jc w:val="center"/>
        </w:trPr>
        <w:tc>
          <w:tcPr>
            <w:tcW w:w="9648" w:type="dxa"/>
            <w:tcBorders>
              <w:top w:val="single" w:sz="8" w:space="0" w:color="778BA5"/>
              <w:left w:val="single" w:sz="8" w:space="0" w:color="778BA5"/>
              <w:bottom w:val="single" w:sz="8" w:space="0" w:color="778BA5"/>
              <w:right w:val="single" w:sz="8" w:space="0" w:color="778BA5"/>
            </w:tcBorders>
            <w:shd w:val="clear" w:color="auto" w:fill="F0F8FF"/>
          </w:tcPr>
          <w:p w14:paraId="0B521261" w14:textId="77777777" w:rsidR="00C55DBE" w:rsidRDefault="002A463B">
            <w:r>
              <w:rPr>
                <w:i/>
              </w:rPr>
              <w:t>Click or tap here to enter text.</w:t>
            </w:r>
          </w:p>
          <w:p w14:paraId="637F08B6" w14:textId="77777777" w:rsidR="00C55DBE" w:rsidRDefault="002A463B">
            <w:r>
              <w:t xml:space="preserve"> </w:t>
            </w:r>
          </w:p>
          <w:p w14:paraId="5F93075F" w14:textId="77777777" w:rsidR="00C55DBE" w:rsidRDefault="002A463B">
            <w:r>
              <w:t xml:space="preserve"> </w:t>
            </w:r>
          </w:p>
        </w:tc>
      </w:tr>
    </w:tbl>
    <w:p w14:paraId="34CE0A41" w14:textId="77777777" w:rsidR="00C55DBE" w:rsidRDefault="00C55DBE">
      <w:pPr>
        <w:spacing w:after="0"/>
      </w:pPr>
    </w:p>
    <w:p w14:paraId="3A6C1D83" w14:textId="77777777" w:rsidR="00C55DBE" w:rsidRDefault="002A463B">
      <w:pPr>
        <w:pStyle w:val="Heading1"/>
        <w:pBdr>
          <w:bottom w:val="single" w:sz="10" w:space="4" w:color="F1BA55"/>
        </w:pBdr>
        <w:spacing w:before="200"/>
      </w:pPr>
      <w:r>
        <w:rPr>
          <w:rFonts w:ascii="Poppins" w:eastAsia="Poppins" w:hAnsi="Poppins" w:cs="Poppins"/>
        </w:rPr>
        <w:lastRenderedPageBreak/>
        <w:t>Governance and Leadership Capacity</w:t>
      </w:r>
    </w:p>
    <w:p w14:paraId="4E90916D" w14:textId="77777777" w:rsidR="00C55DBE" w:rsidRDefault="002A463B">
      <w:pPr>
        <w:keepNext/>
        <w:spacing w:before="100" w:after="40"/>
      </w:pPr>
      <w:r>
        <w:rPr>
          <w:b/>
        </w:rPr>
        <w:t>Board Roster</w:t>
      </w:r>
    </w:p>
    <w:p w14:paraId="7E46DB9A" w14:textId="77777777" w:rsidR="00C55DBE" w:rsidRDefault="002A463B">
      <w:pPr>
        <w:keepNext/>
        <w:spacing w:after="80"/>
      </w:pPr>
      <w:r>
        <w:rPr>
          <w:i/>
          <w:sz w:val="18"/>
        </w:rPr>
        <w:t>Identify the individuals who will serve on or oversee the governing body for the replicated school, as applicable, and their current roles. If the same governing board will oversee both schools, state that clearly.</w:t>
      </w:r>
    </w:p>
    <w:tbl>
      <w:tblPr>
        <w:tblW w:w="0" w:type="auto"/>
        <w:jc w:val="center"/>
        <w:tblLayout w:type="fixed"/>
        <w:tblLook w:val="04A0" w:firstRow="1" w:lastRow="0" w:firstColumn="1" w:lastColumn="0" w:noHBand="0" w:noVBand="1"/>
      </w:tblPr>
      <w:tblGrid>
        <w:gridCol w:w="9648"/>
      </w:tblGrid>
      <w:tr w:rsidR="00C55DBE" w14:paraId="5AD40B36" w14:textId="77777777">
        <w:trPr>
          <w:jc w:val="center"/>
        </w:trPr>
        <w:tc>
          <w:tcPr>
            <w:tcW w:w="9648" w:type="dxa"/>
            <w:tcBorders>
              <w:top w:val="single" w:sz="8" w:space="0" w:color="778BA5"/>
              <w:left w:val="single" w:sz="8" w:space="0" w:color="778BA5"/>
              <w:bottom w:val="single" w:sz="8" w:space="0" w:color="778BA5"/>
              <w:right w:val="single" w:sz="8" w:space="0" w:color="778BA5"/>
            </w:tcBorders>
            <w:shd w:val="clear" w:color="auto" w:fill="F0F8FF"/>
          </w:tcPr>
          <w:p w14:paraId="3B9B6ABF" w14:textId="77777777" w:rsidR="00C55DBE" w:rsidRDefault="002A463B">
            <w:r>
              <w:rPr>
                <w:i/>
              </w:rPr>
              <w:t>Click or tap here to enter text.</w:t>
            </w:r>
          </w:p>
          <w:p w14:paraId="1E72ADE8" w14:textId="77777777" w:rsidR="00C55DBE" w:rsidRDefault="002A463B">
            <w:r>
              <w:t xml:space="preserve"> </w:t>
            </w:r>
          </w:p>
        </w:tc>
      </w:tr>
    </w:tbl>
    <w:p w14:paraId="62EBF3C5" w14:textId="77777777" w:rsidR="00C55DBE" w:rsidRDefault="00C55DBE">
      <w:pPr>
        <w:spacing w:after="0"/>
      </w:pPr>
    </w:p>
    <w:p w14:paraId="5692835C" w14:textId="77777777" w:rsidR="00C55DBE" w:rsidRDefault="002A463B">
      <w:pPr>
        <w:keepNext/>
        <w:spacing w:before="100" w:after="40"/>
      </w:pPr>
      <w:r>
        <w:rPr>
          <w:b/>
        </w:rPr>
        <w:t>Board Skills and Capacity</w:t>
      </w:r>
    </w:p>
    <w:p w14:paraId="269D5E1D" w14:textId="77777777" w:rsidR="00C55DBE" w:rsidRDefault="002A463B">
      <w:pPr>
        <w:keepNext/>
        <w:spacing w:after="80"/>
      </w:pPr>
      <w:r>
        <w:rPr>
          <w:i/>
          <w:sz w:val="18"/>
        </w:rPr>
        <w:t>Summarize the governing body’s experience and skills relevant to overseeing an additional school. Identify any material capacity gaps and how they will be addressed before the replicated school opens.</w:t>
      </w:r>
    </w:p>
    <w:tbl>
      <w:tblPr>
        <w:tblW w:w="0" w:type="auto"/>
        <w:jc w:val="center"/>
        <w:tblLayout w:type="fixed"/>
        <w:tblLook w:val="04A0" w:firstRow="1" w:lastRow="0" w:firstColumn="1" w:lastColumn="0" w:noHBand="0" w:noVBand="1"/>
      </w:tblPr>
      <w:tblGrid>
        <w:gridCol w:w="9648"/>
      </w:tblGrid>
      <w:tr w:rsidR="00C55DBE" w14:paraId="3D1D4DDF" w14:textId="77777777">
        <w:trPr>
          <w:jc w:val="center"/>
        </w:trPr>
        <w:tc>
          <w:tcPr>
            <w:tcW w:w="9648" w:type="dxa"/>
            <w:tcBorders>
              <w:top w:val="single" w:sz="8" w:space="0" w:color="778BA5"/>
              <w:left w:val="single" w:sz="8" w:space="0" w:color="778BA5"/>
              <w:bottom w:val="single" w:sz="8" w:space="0" w:color="778BA5"/>
              <w:right w:val="single" w:sz="8" w:space="0" w:color="778BA5"/>
            </w:tcBorders>
            <w:shd w:val="clear" w:color="auto" w:fill="F0F8FF"/>
          </w:tcPr>
          <w:p w14:paraId="53F18E65" w14:textId="77777777" w:rsidR="00C55DBE" w:rsidRDefault="002A463B">
            <w:r>
              <w:rPr>
                <w:i/>
              </w:rPr>
              <w:t>Click or tap here to enter text.</w:t>
            </w:r>
          </w:p>
          <w:p w14:paraId="3C7B8B64" w14:textId="77777777" w:rsidR="00C55DBE" w:rsidRDefault="002A463B">
            <w:r>
              <w:t xml:space="preserve"> </w:t>
            </w:r>
          </w:p>
          <w:p w14:paraId="11596254" w14:textId="77777777" w:rsidR="00C55DBE" w:rsidRDefault="002A463B">
            <w:r>
              <w:t xml:space="preserve"> </w:t>
            </w:r>
          </w:p>
        </w:tc>
      </w:tr>
    </w:tbl>
    <w:p w14:paraId="6D98A12B" w14:textId="77777777" w:rsidR="00C55DBE" w:rsidRDefault="00C55DBE">
      <w:pPr>
        <w:spacing w:after="0"/>
      </w:pPr>
    </w:p>
    <w:p w14:paraId="22B1B599" w14:textId="77777777" w:rsidR="00C55DBE" w:rsidRDefault="002A463B">
      <w:pPr>
        <w:keepNext/>
        <w:spacing w:before="100" w:after="40"/>
      </w:pPr>
      <w:r>
        <w:rPr>
          <w:b/>
        </w:rPr>
        <w:t>Succession Plan</w:t>
      </w:r>
    </w:p>
    <w:p w14:paraId="5538C846" w14:textId="77777777" w:rsidR="00C55DBE" w:rsidRDefault="002A463B">
      <w:pPr>
        <w:keepNext/>
        <w:spacing w:after="80"/>
      </w:pPr>
      <w:r>
        <w:rPr>
          <w:i/>
          <w:sz w:val="18"/>
        </w:rPr>
        <w:t>Describe how continuity of leadership will be maintained if a key board member, school leader, or organizational leader leaves during planning or early operation of the replicated school. Identify how responsibilities and institutional knowledge will be transferred.</w:t>
      </w:r>
    </w:p>
    <w:tbl>
      <w:tblPr>
        <w:tblW w:w="0" w:type="auto"/>
        <w:jc w:val="center"/>
        <w:tblLayout w:type="fixed"/>
        <w:tblLook w:val="04A0" w:firstRow="1" w:lastRow="0" w:firstColumn="1" w:lastColumn="0" w:noHBand="0" w:noVBand="1"/>
      </w:tblPr>
      <w:tblGrid>
        <w:gridCol w:w="9648"/>
      </w:tblGrid>
      <w:tr w:rsidR="00C55DBE" w14:paraId="3BF12DCB" w14:textId="77777777">
        <w:trPr>
          <w:jc w:val="center"/>
        </w:trPr>
        <w:tc>
          <w:tcPr>
            <w:tcW w:w="9648" w:type="dxa"/>
            <w:tcBorders>
              <w:top w:val="single" w:sz="8" w:space="0" w:color="778BA5"/>
              <w:left w:val="single" w:sz="8" w:space="0" w:color="778BA5"/>
              <w:bottom w:val="single" w:sz="8" w:space="0" w:color="778BA5"/>
              <w:right w:val="single" w:sz="8" w:space="0" w:color="778BA5"/>
            </w:tcBorders>
            <w:shd w:val="clear" w:color="auto" w:fill="F0F8FF"/>
          </w:tcPr>
          <w:p w14:paraId="298481D3" w14:textId="77777777" w:rsidR="00C55DBE" w:rsidRDefault="002A463B">
            <w:r>
              <w:rPr>
                <w:i/>
              </w:rPr>
              <w:t>Click or tap here to enter text.</w:t>
            </w:r>
          </w:p>
          <w:p w14:paraId="06ED1C03" w14:textId="77777777" w:rsidR="00C55DBE" w:rsidRDefault="002A463B">
            <w:r>
              <w:t xml:space="preserve"> </w:t>
            </w:r>
          </w:p>
          <w:p w14:paraId="707D7BCF" w14:textId="77777777" w:rsidR="00C55DBE" w:rsidRDefault="002A463B">
            <w:r>
              <w:t xml:space="preserve"> </w:t>
            </w:r>
          </w:p>
        </w:tc>
      </w:tr>
    </w:tbl>
    <w:p w14:paraId="2946DB82" w14:textId="77777777" w:rsidR="00C55DBE" w:rsidRDefault="00C55DBE">
      <w:pPr>
        <w:spacing w:after="0"/>
      </w:pPr>
    </w:p>
    <w:p w14:paraId="54D82F75" w14:textId="77777777" w:rsidR="00C55DBE" w:rsidRDefault="002A463B">
      <w:pPr>
        <w:keepNext/>
        <w:spacing w:before="100" w:after="40"/>
      </w:pPr>
      <w:r>
        <w:rPr>
          <w:b/>
        </w:rPr>
        <w:t>Leadership Capacity Analysis</w:t>
      </w:r>
    </w:p>
    <w:p w14:paraId="0D583858" w14:textId="77777777" w:rsidR="00C55DBE" w:rsidRDefault="002A463B">
      <w:pPr>
        <w:keepNext/>
        <w:spacing w:after="80"/>
      </w:pPr>
      <w:r>
        <w:rPr>
          <w:i/>
          <w:sz w:val="18"/>
        </w:rPr>
        <w:t>Explain the organization’s executive and school-level leadership capacity to manage replication, including replication project management, operations capacity, succession planning, and how expansion will be managed without negatively affecting the existing school.</w:t>
      </w:r>
    </w:p>
    <w:p w14:paraId="1A6F78CA" w14:textId="77777777" w:rsidR="00C55DBE" w:rsidRDefault="002A463B">
      <w:pPr>
        <w:keepNext/>
        <w:spacing w:after="80"/>
      </w:pPr>
      <w:r>
        <w:rPr>
          <w:i/>
          <w:sz w:val="18"/>
        </w:rPr>
        <w:t>Describe the organization’s capacity to oversee both the existing and replicated schools. Explain how leadership responsibilities will be allocated so that expansion does not diminish the performance or operations of the existing school.</w:t>
      </w:r>
    </w:p>
    <w:tbl>
      <w:tblPr>
        <w:tblW w:w="0" w:type="auto"/>
        <w:jc w:val="center"/>
        <w:tblLayout w:type="fixed"/>
        <w:tblLook w:val="04A0" w:firstRow="1" w:lastRow="0" w:firstColumn="1" w:lastColumn="0" w:noHBand="0" w:noVBand="1"/>
      </w:tblPr>
      <w:tblGrid>
        <w:gridCol w:w="9648"/>
      </w:tblGrid>
      <w:tr w:rsidR="00C55DBE" w14:paraId="1C3472A1" w14:textId="77777777">
        <w:trPr>
          <w:jc w:val="center"/>
        </w:trPr>
        <w:tc>
          <w:tcPr>
            <w:tcW w:w="9648" w:type="dxa"/>
            <w:tcBorders>
              <w:top w:val="single" w:sz="8" w:space="0" w:color="778BA5"/>
              <w:left w:val="single" w:sz="8" w:space="0" w:color="778BA5"/>
              <w:bottom w:val="single" w:sz="8" w:space="0" w:color="778BA5"/>
              <w:right w:val="single" w:sz="8" w:space="0" w:color="778BA5"/>
            </w:tcBorders>
            <w:shd w:val="clear" w:color="auto" w:fill="F0F8FF"/>
          </w:tcPr>
          <w:p w14:paraId="3DCAF6A6" w14:textId="77777777" w:rsidR="00C55DBE" w:rsidRDefault="002A463B">
            <w:r>
              <w:rPr>
                <w:i/>
              </w:rPr>
              <w:t>Click or tap here to enter text.</w:t>
            </w:r>
          </w:p>
          <w:p w14:paraId="2A47D515" w14:textId="77777777" w:rsidR="00C55DBE" w:rsidRDefault="002A463B">
            <w:r>
              <w:t xml:space="preserve"> </w:t>
            </w:r>
          </w:p>
          <w:p w14:paraId="15E48944" w14:textId="77777777" w:rsidR="00C55DBE" w:rsidRDefault="002A463B">
            <w:r>
              <w:t xml:space="preserve"> </w:t>
            </w:r>
          </w:p>
        </w:tc>
      </w:tr>
    </w:tbl>
    <w:p w14:paraId="5997CC1D" w14:textId="77777777" w:rsidR="00C55DBE" w:rsidRDefault="00C55DBE">
      <w:pPr>
        <w:spacing w:after="0"/>
      </w:pPr>
    </w:p>
    <w:p w14:paraId="78657B57" w14:textId="665C0FEB" w:rsidR="00C55DBE" w:rsidRDefault="315138B6" w:rsidP="315138B6">
      <w:pPr>
        <w:keepNext/>
        <w:spacing w:before="100" w:after="40"/>
      </w:pPr>
      <w:r w:rsidRPr="315138B6">
        <w:rPr>
          <w:b/>
          <w:bCs/>
        </w:rPr>
        <w:t>Describe the experience and capacity of the individuals who will lead the replication effort, including any involvement with the replication of existing successful public charter schools.</w:t>
      </w:r>
    </w:p>
    <w:tbl>
      <w:tblPr>
        <w:tblW w:w="0" w:type="auto"/>
        <w:jc w:val="center"/>
        <w:tblLayout w:type="fixed"/>
        <w:tblLook w:val="04A0" w:firstRow="1" w:lastRow="0" w:firstColumn="1" w:lastColumn="0" w:noHBand="0" w:noVBand="1"/>
      </w:tblPr>
      <w:tblGrid>
        <w:gridCol w:w="9648"/>
      </w:tblGrid>
      <w:tr w:rsidR="00C55DBE" w14:paraId="1761BE38" w14:textId="77777777">
        <w:trPr>
          <w:jc w:val="center"/>
        </w:trPr>
        <w:tc>
          <w:tcPr>
            <w:tcW w:w="9648" w:type="dxa"/>
            <w:tcBorders>
              <w:top w:val="single" w:sz="8" w:space="0" w:color="778BA5"/>
              <w:left w:val="single" w:sz="8" w:space="0" w:color="778BA5"/>
              <w:bottom w:val="single" w:sz="8" w:space="0" w:color="778BA5"/>
              <w:right w:val="single" w:sz="8" w:space="0" w:color="778BA5"/>
            </w:tcBorders>
            <w:shd w:val="clear" w:color="auto" w:fill="F0F8FF"/>
          </w:tcPr>
          <w:p w14:paraId="0E3E5EDF" w14:textId="77777777" w:rsidR="00C55DBE" w:rsidRDefault="002A463B">
            <w:r>
              <w:rPr>
                <w:i/>
              </w:rPr>
              <w:t>Click or tap here to enter text.</w:t>
            </w:r>
          </w:p>
          <w:p w14:paraId="0A4E68ED" w14:textId="77777777" w:rsidR="00C55DBE" w:rsidRDefault="002A463B">
            <w:r>
              <w:lastRenderedPageBreak/>
              <w:t xml:space="preserve"> </w:t>
            </w:r>
          </w:p>
          <w:p w14:paraId="30E85FE0" w14:textId="77777777" w:rsidR="00C55DBE" w:rsidRDefault="002A463B">
            <w:r>
              <w:t xml:space="preserve"> </w:t>
            </w:r>
          </w:p>
          <w:p w14:paraId="2080AEB9" w14:textId="77777777" w:rsidR="00C55DBE" w:rsidRDefault="002A463B">
            <w:r>
              <w:t xml:space="preserve"> </w:t>
            </w:r>
          </w:p>
        </w:tc>
      </w:tr>
    </w:tbl>
    <w:p w14:paraId="110FFD37" w14:textId="77777777" w:rsidR="00C55DBE" w:rsidRDefault="00C55DBE">
      <w:pPr>
        <w:spacing w:after="0"/>
      </w:pPr>
    </w:p>
    <w:p w14:paraId="71F0CB2C" w14:textId="7CF09E7C" w:rsidR="00C55DBE" w:rsidRDefault="00C55DBE" w:rsidP="315138B6">
      <w:pPr>
        <w:pStyle w:val="Heading1"/>
        <w:pBdr>
          <w:bottom w:val="single" w:sz="10" w:space="4" w:color="F1BA55"/>
        </w:pBdr>
        <w:spacing w:before="200"/>
        <w:rPr>
          <w:rFonts w:ascii="Poppins" w:eastAsia="Poppins" w:hAnsi="Poppins" w:cs="Poppins"/>
        </w:rPr>
      </w:pPr>
    </w:p>
    <w:p w14:paraId="03DC9ADC" w14:textId="4D0D9825" w:rsidR="00C55DBE" w:rsidRDefault="315138B6" w:rsidP="315138B6">
      <w:pPr>
        <w:pStyle w:val="Heading1"/>
        <w:pBdr>
          <w:bottom w:val="single" w:sz="10" w:space="4" w:color="F1BA55"/>
        </w:pBdr>
        <w:spacing w:before="200"/>
      </w:pPr>
      <w:r w:rsidRPr="315138B6">
        <w:rPr>
          <w:rFonts w:ascii="Poppins" w:eastAsia="Poppins" w:hAnsi="Poppins" w:cs="Poppins"/>
        </w:rPr>
        <w:t>Operations Plan</w:t>
      </w:r>
    </w:p>
    <w:p w14:paraId="6B3536F8" w14:textId="77777777" w:rsidR="00C55DBE" w:rsidRDefault="002A463B">
      <w:pPr>
        <w:spacing w:after="100"/>
      </w:pPr>
      <w:r>
        <w:rPr>
          <w:i/>
          <w:sz w:val="18"/>
        </w:rPr>
        <w:t xml:space="preserve">Use this section for implementation details </w:t>
      </w:r>
      <w:proofErr w:type="gramStart"/>
      <w:r>
        <w:rPr>
          <w:i/>
          <w:sz w:val="18"/>
        </w:rPr>
        <w:t>specific</w:t>
      </w:r>
      <w:proofErr w:type="gramEnd"/>
      <w:r>
        <w:rPr>
          <w:i/>
          <w:sz w:val="18"/>
        </w:rPr>
        <w:t xml:space="preserve"> to opening and operating the replicated school. Do not repeat school culture, governance, educational program, or other fidelity information provided above.</w:t>
      </w:r>
    </w:p>
    <w:p w14:paraId="25E6F243" w14:textId="77777777" w:rsidR="00C55DBE" w:rsidRDefault="002A463B">
      <w:pPr>
        <w:keepNext/>
        <w:spacing w:before="100" w:after="40"/>
      </w:pPr>
      <w:r>
        <w:rPr>
          <w:b/>
        </w:rPr>
        <w:t>Facilities</w:t>
      </w:r>
    </w:p>
    <w:p w14:paraId="6FD3669E" w14:textId="77777777" w:rsidR="00C55DBE" w:rsidRDefault="002A463B">
      <w:pPr>
        <w:keepNext/>
        <w:spacing w:after="80"/>
      </w:pPr>
      <w:r>
        <w:rPr>
          <w:i/>
          <w:sz w:val="18"/>
        </w:rPr>
        <w:t>Describe the proposed facility or facility plan for the replicated school, including its status, major facility needs, expected method of acquisition or occupancy, and any unresolved issues that could affect opening.</w:t>
      </w:r>
    </w:p>
    <w:tbl>
      <w:tblPr>
        <w:tblW w:w="0" w:type="auto"/>
        <w:jc w:val="center"/>
        <w:tblLayout w:type="fixed"/>
        <w:tblLook w:val="04A0" w:firstRow="1" w:lastRow="0" w:firstColumn="1" w:lastColumn="0" w:noHBand="0" w:noVBand="1"/>
      </w:tblPr>
      <w:tblGrid>
        <w:gridCol w:w="9648"/>
      </w:tblGrid>
      <w:tr w:rsidR="00C55DBE" w14:paraId="02F30FB3" w14:textId="77777777">
        <w:trPr>
          <w:jc w:val="center"/>
        </w:trPr>
        <w:tc>
          <w:tcPr>
            <w:tcW w:w="9648" w:type="dxa"/>
            <w:tcBorders>
              <w:top w:val="single" w:sz="8" w:space="0" w:color="778BA5"/>
              <w:left w:val="single" w:sz="8" w:space="0" w:color="778BA5"/>
              <w:bottom w:val="single" w:sz="8" w:space="0" w:color="778BA5"/>
              <w:right w:val="single" w:sz="8" w:space="0" w:color="778BA5"/>
            </w:tcBorders>
            <w:shd w:val="clear" w:color="auto" w:fill="F0F8FF"/>
          </w:tcPr>
          <w:p w14:paraId="335E6539" w14:textId="77777777" w:rsidR="00C55DBE" w:rsidRDefault="002A463B">
            <w:r>
              <w:rPr>
                <w:i/>
              </w:rPr>
              <w:t>Click or tap here to enter text.</w:t>
            </w:r>
          </w:p>
          <w:p w14:paraId="29AC5F55" w14:textId="77777777" w:rsidR="00C55DBE" w:rsidRDefault="002A463B">
            <w:r>
              <w:t xml:space="preserve"> </w:t>
            </w:r>
          </w:p>
          <w:p w14:paraId="4A2859AB" w14:textId="77777777" w:rsidR="00C55DBE" w:rsidRDefault="002A463B">
            <w:r>
              <w:t xml:space="preserve"> </w:t>
            </w:r>
          </w:p>
        </w:tc>
      </w:tr>
    </w:tbl>
    <w:p w14:paraId="6B699379" w14:textId="77777777" w:rsidR="00C55DBE" w:rsidRDefault="00C55DBE">
      <w:pPr>
        <w:spacing w:after="0"/>
      </w:pPr>
    </w:p>
    <w:p w14:paraId="61D66A40" w14:textId="77777777" w:rsidR="00C55DBE" w:rsidRDefault="002A463B">
      <w:pPr>
        <w:keepNext/>
        <w:spacing w:before="100" w:after="40"/>
      </w:pPr>
      <w:r>
        <w:rPr>
          <w:b/>
        </w:rPr>
        <w:t>Staffing</w:t>
      </w:r>
    </w:p>
    <w:p w14:paraId="287E630D" w14:textId="77777777" w:rsidR="00C55DBE" w:rsidRDefault="002A463B">
      <w:pPr>
        <w:keepNext/>
        <w:spacing w:after="80"/>
      </w:pPr>
      <w:r>
        <w:rPr>
          <w:i/>
          <w:sz w:val="18"/>
        </w:rPr>
        <w:t>For the replicated school, describe the recruitment strategy, professional-development approach, and teacher-retention strategy, including major staffing milestones before opening.</w:t>
      </w:r>
    </w:p>
    <w:p w14:paraId="0E8A5908" w14:textId="77777777" w:rsidR="00C55DBE" w:rsidRDefault="002A463B">
      <w:pPr>
        <w:keepNext/>
        <w:spacing w:after="80"/>
      </w:pPr>
      <w:r>
        <w:rPr>
          <w:i/>
          <w:sz w:val="18"/>
        </w:rPr>
        <w:t>Summarize the staffing model for the replicated school and identify positions that are essential to reproducing the existing school model. Explain which roles will be new, shared across schools, or supported by the existing organization.</w:t>
      </w:r>
    </w:p>
    <w:tbl>
      <w:tblPr>
        <w:tblW w:w="0" w:type="auto"/>
        <w:jc w:val="center"/>
        <w:tblLayout w:type="fixed"/>
        <w:tblLook w:val="04A0" w:firstRow="1" w:lastRow="0" w:firstColumn="1" w:lastColumn="0" w:noHBand="0" w:noVBand="1"/>
      </w:tblPr>
      <w:tblGrid>
        <w:gridCol w:w="9648"/>
      </w:tblGrid>
      <w:tr w:rsidR="00C55DBE" w14:paraId="5D74D95C" w14:textId="77777777">
        <w:trPr>
          <w:jc w:val="center"/>
        </w:trPr>
        <w:tc>
          <w:tcPr>
            <w:tcW w:w="9648" w:type="dxa"/>
            <w:tcBorders>
              <w:top w:val="single" w:sz="8" w:space="0" w:color="778BA5"/>
              <w:left w:val="single" w:sz="8" w:space="0" w:color="778BA5"/>
              <w:bottom w:val="single" w:sz="8" w:space="0" w:color="778BA5"/>
              <w:right w:val="single" w:sz="8" w:space="0" w:color="778BA5"/>
            </w:tcBorders>
            <w:shd w:val="clear" w:color="auto" w:fill="F0F8FF"/>
          </w:tcPr>
          <w:p w14:paraId="2C2315A5" w14:textId="77777777" w:rsidR="00C55DBE" w:rsidRDefault="002A463B">
            <w:r>
              <w:rPr>
                <w:i/>
              </w:rPr>
              <w:t>Click or tap here to enter text.</w:t>
            </w:r>
          </w:p>
          <w:p w14:paraId="1ECA394A" w14:textId="77777777" w:rsidR="00C55DBE" w:rsidRDefault="002A463B">
            <w:r>
              <w:t xml:space="preserve"> </w:t>
            </w:r>
          </w:p>
          <w:p w14:paraId="5F21F270" w14:textId="77777777" w:rsidR="00C55DBE" w:rsidRDefault="002A463B">
            <w:r>
              <w:t xml:space="preserve"> </w:t>
            </w:r>
          </w:p>
        </w:tc>
      </w:tr>
    </w:tbl>
    <w:p w14:paraId="3FE9F23F" w14:textId="77777777" w:rsidR="00C55DBE" w:rsidRDefault="00C55DBE">
      <w:pPr>
        <w:spacing w:after="0"/>
      </w:pPr>
    </w:p>
    <w:p w14:paraId="1F72F646" w14:textId="77777777" w:rsidR="00C55DBE" w:rsidRDefault="00C55DBE">
      <w:pPr>
        <w:spacing w:after="0"/>
      </w:pPr>
    </w:p>
    <w:p w14:paraId="4BAACCA8" w14:textId="77777777" w:rsidR="00C55DBE" w:rsidRDefault="002A463B">
      <w:pPr>
        <w:spacing w:before="100" w:after="40"/>
      </w:pPr>
      <w:r>
        <w:rPr>
          <w:b/>
          <w:color w:val="43718B"/>
          <w:sz w:val="22"/>
        </w:rPr>
        <w:t>Management Organization Disclosure</w:t>
      </w:r>
    </w:p>
    <w:p w14:paraId="3DAC6B1B" w14:textId="77777777" w:rsidR="00C55DBE" w:rsidRDefault="002A463B">
      <w:pPr>
        <w:keepNext/>
        <w:spacing w:after="80"/>
      </w:pPr>
      <w:r>
        <w:rPr>
          <w:i/>
          <w:sz w:val="18"/>
        </w:rPr>
        <w:t xml:space="preserve">Complete only if a management organization </w:t>
      </w:r>
      <w:proofErr w:type="gramStart"/>
      <w:r>
        <w:rPr>
          <w:i/>
          <w:sz w:val="18"/>
        </w:rPr>
        <w:t>will be</w:t>
      </w:r>
      <w:proofErr w:type="gramEnd"/>
      <w:r>
        <w:rPr>
          <w:i/>
          <w:sz w:val="18"/>
        </w:rPr>
        <w:t xml:space="preserve"> used. Identify the organization’s role and structure, governance oversight, compensation methodology, and conflict-of-interest safeguards. Attach or cross-reference the proposed agreement, if available.</w:t>
      </w:r>
    </w:p>
    <w:tbl>
      <w:tblPr>
        <w:tblW w:w="0" w:type="auto"/>
        <w:jc w:val="center"/>
        <w:tblLayout w:type="fixed"/>
        <w:tblLook w:val="04A0" w:firstRow="1" w:lastRow="0" w:firstColumn="1" w:lastColumn="0" w:noHBand="0" w:noVBand="1"/>
      </w:tblPr>
      <w:tblGrid>
        <w:gridCol w:w="9648"/>
      </w:tblGrid>
      <w:tr w:rsidR="00C55DBE" w14:paraId="231F2C0E" w14:textId="77777777">
        <w:trPr>
          <w:jc w:val="center"/>
        </w:trPr>
        <w:tc>
          <w:tcPr>
            <w:tcW w:w="9648" w:type="dxa"/>
            <w:tcBorders>
              <w:top w:val="single" w:sz="8" w:space="0" w:color="778BA5"/>
              <w:left w:val="single" w:sz="8" w:space="0" w:color="778BA5"/>
              <w:bottom w:val="single" w:sz="8" w:space="0" w:color="778BA5"/>
              <w:right w:val="single" w:sz="8" w:space="0" w:color="778BA5"/>
            </w:tcBorders>
            <w:shd w:val="clear" w:color="auto" w:fill="F0F8FF"/>
          </w:tcPr>
          <w:p w14:paraId="404391F3" w14:textId="77777777" w:rsidR="00C55DBE" w:rsidRDefault="002A463B">
            <w:r>
              <w:rPr>
                <w:i/>
              </w:rPr>
              <w:t>Click or tap here to enter text.</w:t>
            </w:r>
          </w:p>
          <w:p w14:paraId="7146A6A2" w14:textId="77777777" w:rsidR="00C55DBE" w:rsidRDefault="002A463B">
            <w:r>
              <w:t xml:space="preserve"> </w:t>
            </w:r>
          </w:p>
          <w:p w14:paraId="3E226854" w14:textId="77777777" w:rsidR="00C55DBE" w:rsidRDefault="002A463B">
            <w:r>
              <w:t xml:space="preserve"> </w:t>
            </w:r>
          </w:p>
        </w:tc>
      </w:tr>
    </w:tbl>
    <w:p w14:paraId="08CE6F91" w14:textId="77777777" w:rsidR="00C55DBE" w:rsidRDefault="00C55DBE">
      <w:pPr>
        <w:spacing w:after="0"/>
      </w:pPr>
    </w:p>
    <w:p w14:paraId="693A5B41" w14:textId="77777777" w:rsidR="00C55DBE" w:rsidRDefault="002A463B">
      <w:pPr>
        <w:keepNext/>
        <w:spacing w:before="100" w:after="40"/>
      </w:pPr>
      <w:r>
        <w:rPr>
          <w:b/>
        </w:rPr>
        <w:lastRenderedPageBreak/>
        <w:t>If a management organization will be used, describe any key educational features that will differ from the operator’s or management provider’s existing schools or schools proposed for replication. Explain the rationale for the variation and any new resources the variation will require.</w:t>
      </w:r>
    </w:p>
    <w:p w14:paraId="53DFDEAB" w14:textId="77777777" w:rsidR="00C55DBE" w:rsidRDefault="002A463B">
      <w:pPr>
        <w:spacing w:after="60"/>
      </w:pPr>
      <w:r>
        <w:rPr>
          <w:i/>
        </w:rPr>
        <w:t xml:space="preserve">Complete only if a management organization </w:t>
      </w:r>
      <w:proofErr w:type="gramStart"/>
      <w:r>
        <w:rPr>
          <w:i/>
        </w:rPr>
        <w:t>will be</w:t>
      </w:r>
      <w:proofErr w:type="gramEnd"/>
      <w:r>
        <w:rPr>
          <w:i/>
        </w:rPr>
        <w:t xml:space="preserve"> used.</w:t>
      </w:r>
    </w:p>
    <w:p w14:paraId="408D2FDE" w14:textId="77777777" w:rsidR="00C55DBE" w:rsidRDefault="002A463B">
      <w:pPr>
        <w:spacing w:before="100" w:after="40"/>
      </w:pPr>
      <w:r>
        <w:rPr>
          <w:b/>
        </w:rPr>
        <w:t>Response</w:t>
      </w:r>
    </w:p>
    <w:tbl>
      <w:tblPr>
        <w:tblW w:w="0" w:type="auto"/>
        <w:jc w:val="center"/>
        <w:tblLayout w:type="fixed"/>
        <w:tblLook w:val="04A0" w:firstRow="1" w:lastRow="0" w:firstColumn="1" w:lastColumn="0" w:noHBand="0" w:noVBand="1"/>
      </w:tblPr>
      <w:tblGrid>
        <w:gridCol w:w="9648"/>
      </w:tblGrid>
      <w:tr w:rsidR="00C55DBE" w14:paraId="47C98B67" w14:textId="77777777">
        <w:trPr>
          <w:jc w:val="center"/>
        </w:trPr>
        <w:tc>
          <w:tcPr>
            <w:tcW w:w="9648" w:type="dxa"/>
            <w:tcBorders>
              <w:top w:val="single" w:sz="8" w:space="0" w:color="778BA5"/>
              <w:left w:val="single" w:sz="8" w:space="0" w:color="778BA5"/>
              <w:bottom w:val="single" w:sz="8" w:space="0" w:color="778BA5"/>
              <w:right w:val="single" w:sz="8" w:space="0" w:color="778BA5"/>
            </w:tcBorders>
            <w:shd w:val="clear" w:color="auto" w:fill="F0F8FF"/>
          </w:tcPr>
          <w:p w14:paraId="7DABFEB2" w14:textId="77777777" w:rsidR="00C55DBE" w:rsidRDefault="002A463B">
            <w:r>
              <w:rPr>
                <w:i/>
              </w:rPr>
              <w:t>Click or tap here to enter text.</w:t>
            </w:r>
          </w:p>
          <w:p w14:paraId="61965C7B" w14:textId="77777777" w:rsidR="00C55DBE" w:rsidRDefault="002A463B">
            <w:r>
              <w:t xml:space="preserve"> </w:t>
            </w:r>
          </w:p>
          <w:p w14:paraId="4467701B" w14:textId="77777777" w:rsidR="00C55DBE" w:rsidRDefault="002A463B">
            <w:r>
              <w:t xml:space="preserve"> </w:t>
            </w:r>
          </w:p>
          <w:p w14:paraId="762EAA38" w14:textId="77777777" w:rsidR="00C55DBE" w:rsidRDefault="002A463B">
            <w:r>
              <w:t xml:space="preserve"> </w:t>
            </w:r>
          </w:p>
        </w:tc>
      </w:tr>
    </w:tbl>
    <w:p w14:paraId="61CDCEAD" w14:textId="77777777" w:rsidR="00C55DBE" w:rsidRDefault="00C55DBE">
      <w:pPr>
        <w:spacing w:after="0"/>
      </w:pPr>
    </w:p>
    <w:p w14:paraId="785B40B5" w14:textId="1467A56E" w:rsidR="00C55DBE" w:rsidRDefault="3FE5E89A" w:rsidP="315138B6">
      <w:pPr>
        <w:keepNext/>
        <w:spacing w:before="100" w:after="40"/>
      </w:pPr>
      <w:r w:rsidRPr="315138B6">
        <w:rPr>
          <w:b/>
          <w:bCs/>
        </w:rPr>
        <w:t>If a management organization will be used</w:t>
      </w:r>
      <w:r w:rsidR="315138B6" w:rsidRPr="315138B6">
        <w:rPr>
          <w:b/>
          <w:bCs/>
        </w:rPr>
        <w:t>, discuss the results of past replication efforts and lessons learned, including challenges encountered, how they were addressed, and how similar challenges will be avoided or minimized for the proposed school.</w:t>
      </w:r>
    </w:p>
    <w:p w14:paraId="1DEB7F56" w14:textId="77777777" w:rsidR="00C55DBE" w:rsidRDefault="002A463B">
      <w:pPr>
        <w:spacing w:after="60"/>
      </w:pPr>
      <w:proofErr w:type="gramStart"/>
      <w:r>
        <w:rPr>
          <w:i/>
        </w:rPr>
        <w:t>Complete only</w:t>
      </w:r>
      <w:proofErr w:type="gramEnd"/>
      <w:r>
        <w:rPr>
          <w:i/>
        </w:rPr>
        <w:t xml:space="preserve"> if the applicant or management organization has prior replication experience.</w:t>
      </w:r>
    </w:p>
    <w:p w14:paraId="3B974BF0" w14:textId="77777777" w:rsidR="00C55DBE" w:rsidRDefault="002A463B">
      <w:pPr>
        <w:spacing w:before="100" w:after="40"/>
      </w:pPr>
      <w:r>
        <w:rPr>
          <w:b/>
        </w:rPr>
        <w:t>Response</w:t>
      </w:r>
    </w:p>
    <w:tbl>
      <w:tblPr>
        <w:tblW w:w="0" w:type="auto"/>
        <w:jc w:val="center"/>
        <w:tblLayout w:type="fixed"/>
        <w:tblLook w:val="04A0" w:firstRow="1" w:lastRow="0" w:firstColumn="1" w:lastColumn="0" w:noHBand="0" w:noVBand="1"/>
      </w:tblPr>
      <w:tblGrid>
        <w:gridCol w:w="9648"/>
      </w:tblGrid>
      <w:tr w:rsidR="00C55DBE" w14:paraId="43867B34" w14:textId="77777777">
        <w:trPr>
          <w:jc w:val="center"/>
        </w:trPr>
        <w:tc>
          <w:tcPr>
            <w:tcW w:w="9648" w:type="dxa"/>
            <w:tcBorders>
              <w:top w:val="single" w:sz="8" w:space="0" w:color="778BA5"/>
              <w:left w:val="single" w:sz="8" w:space="0" w:color="778BA5"/>
              <w:bottom w:val="single" w:sz="8" w:space="0" w:color="778BA5"/>
              <w:right w:val="single" w:sz="8" w:space="0" w:color="778BA5"/>
            </w:tcBorders>
            <w:shd w:val="clear" w:color="auto" w:fill="F0F8FF"/>
          </w:tcPr>
          <w:p w14:paraId="274521A0" w14:textId="77777777" w:rsidR="00C55DBE" w:rsidRDefault="002A463B">
            <w:r>
              <w:rPr>
                <w:i/>
              </w:rPr>
              <w:t>Click or tap here to enter text.</w:t>
            </w:r>
          </w:p>
          <w:p w14:paraId="16E66445" w14:textId="77777777" w:rsidR="00C55DBE" w:rsidRDefault="002A463B">
            <w:r>
              <w:t xml:space="preserve"> </w:t>
            </w:r>
          </w:p>
          <w:p w14:paraId="7DE13593" w14:textId="77777777" w:rsidR="00C55DBE" w:rsidRDefault="002A463B">
            <w:r>
              <w:t xml:space="preserve"> </w:t>
            </w:r>
          </w:p>
          <w:p w14:paraId="6EBA70B7" w14:textId="77777777" w:rsidR="00C55DBE" w:rsidRDefault="002A463B">
            <w:r>
              <w:t xml:space="preserve"> </w:t>
            </w:r>
          </w:p>
        </w:tc>
      </w:tr>
    </w:tbl>
    <w:p w14:paraId="6BB9E253" w14:textId="77777777" w:rsidR="00C55DBE" w:rsidRDefault="00C55DBE">
      <w:pPr>
        <w:spacing w:after="0"/>
      </w:pPr>
    </w:p>
    <w:p w14:paraId="55391606" w14:textId="77777777" w:rsidR="00C55DBE" w:rsidRDefault="002A463B">
      <w:pPr>
        <w:pStyle w:val="Heading1"/>
        <w:pBdr>
          <w:bottom w:val="single" w:sz="10" w:space="4" w:color="F1BA55"/>
        </w:pBdr>
        <w:spacing w:before="200"/>
      </w:pPr>
      <w:r>
        <w:rPr>
          <w:rFonts w:ascii="Poppins" w:eastAsia="Poppins" w:hAnsi="Poppins" w:cs="Poppins"/>
        </w:rPr>
        <w:t>Financial Plan</w:t>
      </w:r>
    </w:p>
    <w:p w14:paraId="659A8595" w14:textId="77777777" w:rsidR="00C55DBE" w:rsidRDefault="002A463B">
      <w:pPr>
        <w:keepNext/>
        <w:spacing w:before="100" w:after="40"/>
      </w:pPr>
      <w:r>
        <w:rPr>
          <w:b/>
        </w:rPr>
        <w:t>Five-Year Financial Plan</w:t>
      </w:r>
    </w:p>
    <w:p w14:paraId="4CB0AE78" w14:textId="77777777" w:rsidR="00C55DBE" w:rsidRDefault="002A463B">
      <w:pPr>
        <w:keepNext/>
        <w:spacing w:after="80"/>
      </w:pPr>
      <w:r>
        <w:rPr>
          <w:i/>
          <w:sz w:val="18"/>
        </w:rPr>
        <w:t>Include or attach the five-year budget, enrollment assumptions, cash-flow projections, startup financing, facility financing, contingency reserves, and the applicant’s approach to maintaining sustainability if enrollment differs from projections.</w:t>
      </w:r>
    </w:p>
    <w:p w14:paraId="173A72B4" w14:textId="77777777" w:rsidR="00C55DBE" w:rsidRDefault="002A463B">
      <w:pPr>
        <w:keepNext/>
        <w:spacing w:after="80"/>
      </w:pPr>
      <w:r>
        <w:rPr>
          <w:i/>
          <w:sz w:val="18"/>
        </w:rPr>
        <w:t>Provide or attach five-year budget projections for the replicated school. Briefly explain the principal enrollment and revenue assumptions, significant expenditures, and financial risks associated with replication. Clearly identify any resources, personnel, or costs that will be shared with the existing school.</w:t>
      </w:r>
    </w:p>
    <w:tbl>
      <w:tblPr>
        <w:tblW w:w="0" w:type="auto"/>
        <w:jc w:val="center"/>
        <w:tblLayout w:type="fixed"/>
        <w:tblLook w:val="04A0" w:firstRow="1" w:lastRow="0" w:firstColumn="1" w:lastColumn="0" w:noHBand="0" w:noVBand="1"/>
      </w:tblPr>
      <w:tblGrid>
        <w:gridCol w:w="9648"/>
      </w:tblGrid>
      <w:tr w:rsidR="00C55DBE" w14:paraId="19B4610B" w14:textId="77777777">
        <w:trPr>
          <w:jc w:val="center"/>
        </w:trPr>
        <w:tc>
          <w:tcPr>
            <w:tcW w:w="9648" w:type="dxa"/>
            <w:tcBorders>
              <w:top w:val="single" w:sz="8" w:space="0" w:color="778BA5"/>
              <w:left w:val="single" w:sz="8" w:space="0" w:color="778BA5"/>
              <w:bottom w:val="single" w:sz="8" w:space="0" w:color="778BA5"/>
              <w:right w:val="single" w:sz="8" w:space="0" w:color="778BA5"/>
            </w:tcBorders>
            <w:shd w:val="clear" w:color="auto" w:fill="F0F8FF"/>
          </w:tcPr>
          <w:p w14:paraId="28A81841" w14:textId="77777777" w:rsidR="00C55DBE" w:rsidRDefault="002A463B">
            <w:r>
              <w:rPr>
                <w:i/>
              </w:rPr>
              <w:t>Click or tap here to enter text.</w:t>
            </w:r>
          </w:p>
          <w:p w14:paraId="3F2CD050" w14:textId="77777777" w:rsidR="00C55DBE" w:rsidRDefault="002A463B">
            <w:r>
              <w:t xml:space="preserve"> </w:t>
            </w:r>
          </w:p>
          <w:p w14:paraId="72121151" w14:textId="77777777" w:rsidR="00C55DBE" w:rsidRDefault="002A463B">
            <w:r>
              <w:t xml:space="preserve"> </w:t>
            </w:r>
          </w:p>
          <w:p w14:paraId="32D65AFA" w14:textId="77777777" w:rsidR="00C55DBE" w:rsidRDefault="002A463B">
            <w:r>
              <w:t xml:space="preserve"> </w:t>
            </w:r>
          </w:p>
        </w:tc>
      </w:tr>
    </w:tbl>
    <w:p w14:paraId="23DE523C" w14:textId="77777777" w:rsidR="00C55DBE" w:rsidRDefault="00C55DBE">
      <w:pPr>
        <w:spacing w:after="0"/>
      </w:pPr>
    </w:p>
    <w:p w14:paraId="386966ED" w14:textId="77777777" w:rsidR="00C55DBE" w:rsidRDefault="002A463B">
      <w:pPr>
        <w:keepNext/>
        <w:spacing w:before="100" w:after="40"/>
      </w:pPr>
      <w:r>
        <w:rPr>
          <w:b/>
        </w:rPr>
        <w:lastRenderedPageBreak/>
        <w:t>Financial Readiness Certification</w:t>
      </w:r>
    </w:p>
    <w:p w14:paraId="4A360DEB" w14:textId="77777777" w:rsidR="00C55DBE" w:rsidRDefault="002A463B">
      <w:pPr>
        <w:keepNext/>
        <w:spacing w:after="80"/>
      </w:pPr>
      <w:r>
        <w:rPr>
          <w:i/>
          <w:sz w:val="18"/>
        </w:rPr>
        <w:t>Certify that the governing body has reviewed the replication financial plan and believes the proposed school can open and operate without materially weakening the financial condition or operations of the existing school. Identify any material financial conditions that remain unresolved.</w:t>
      </w:r>
    </w:p>
    <w:tbl>
      <w:tblPr>
        <w:tblW w:w="0" w:type="auto"/>
        <w:jc w:val="center"/>
        <w:tblLayout w:type="fixed"/>
        <w:tblLook w:val="04A0" w:firstRow="1" w:lastRow="0" w:firstColumn="1" w:lastColumn="0" w:noHBand="0" w:noVBand="1"/>
      </w:tblPr>
      <w:tblGrid>
        <w:gridCol w:w="9648"/>
      </w:tblGrid>
      <w:tr w:rsidR="00C55DBE" w14:paraId="08D6C48A" w14:textId="77777777">
        <w:trPr>
          <w:jc w:val="center"/>
        </w:trPr>
        <w:tc>
          <w:tcPr>
            <w:tcW w:w="9648" w:type="dxa"/>
            <w:tcBorders>
              <w:top w:val="single" w:sz="8" w:space="0" w:color="778BA5"/>
              <w:left w:val="single" w:sz="8" w:space="0" w:color="778BA5"/>
              <w:bottom w:val="single" w:sz="8" w:space="0" w:color="778BA5"/>
              <w:right w:val="single" w:sz="8" w:space="0" w:color="778BA5"/>
            </w:tcBorders>
            <w:shd w:val="clear" w:color="auto" w:fill="F0F8FF"/>
          </w:tcPr>
          <w:p w14:paraId="17A872D1" w14:textId="77777777" w:rsidR="00C55DBE" w:rsidRDefault="002A463B">
            <w:r>
              <w:rPr>
                <w:i/>
              </w:rPr>
              <w:t>Click or tap here to enter text.</w:t>
            </w:r>
          </w:p>
          <w:p w14:paraId="09845CEA" w14:textId="77777777" w:rsidR="00C55DBE" w:rsidRDefault="002A463B">
            <w:r>
              <w:t xml:space="preserve"> </w:t>
            </w:r>
          </w:p>
        </w:tc>
      </w:tr>
    </w:tbl>
    <w:p w14:paraId="52E56223" w14:textId="77777777" w:rsidR="00C55DBE" w:rsidRDefault="00C55DBE">
      <w:pPr>
        <w:spacing w:after="0"/>
      </w:pPr>
    </w:p>
    <w:p w14:paraId="2A66CFEF" w14:textId="77777777" w:rsidR="00C55DBE" w:rsidRDefault="002A463B">
      <w:pPr>
        <w:pStyle w:val="Heading1"/>
        <w:pBdr>
          <w:bottom w:val="single" w:sz="10" w:space="4" w:color="F1BA55"/>
        </w:pBdr>
        <w:spacing w:before="200"/>
      </w:pPr>
      <w:r>
        <w:rPr>
          <w:rFonts w:ascii="Poppins" w:eastAsia="Poppins" w:hAnsi="Poppins" w:cs="Poppins"/>
        </w:rPr>
        <w:t>Planning-Year Readiness Plan</w:t>
      </w:r>
    </w:p>
    <w:p w14:paraId="4472EDB0" w14:textId="77777777" w:rsidR="00C55DBE" w:rsidRDefault="002A463B">
      <w:pPr>
        <w:spacing w:after="100"/>
      </w:pPr>
      <w:r>
        <w:rPr>
          <w:i/>
          <w:sz w:val="18"/>
        </w:rPr>
        <w:t>For each area below, identify the major work that must be completed before opening, the person or entity responsible, and any dependencies or unresolved conditions. Focus on replication-specific readiness rather than repeating routine operating policies.</w:t>
      </w:r>
    </w:p>
    <w:p w14:paraId="6BF39217" w14:textId="77777777" w:rsidR="00C55DBE" w:rsidRDefault="002A463B">
      <w:pPr>
        <w:spacing w:before="100" w:after="40"/>
      </w:pPr>
      <w:r>
        <w:rPr>
          <w:b/>
        </w:rPr>
        <w:t>Governance:</w:t>
      </w:r>
    </w:p>
    <w:tbl>
      <w:tblPr>
        <w:tblW w:w="0" w:type="auto"/>
        <w:jc w:val="center"/>
        <w:tblLayout w:type="fixed"/>
        <w:tblLook w:val="04A0" w:firstRow="1" w:lastRow="0" w:firstColumn="1" w:lastColumn="0" w:noHBand="0" w:noVBand="1"/>
      </w:tblPr>
      <w:tblGrid>
        <w:gridCol w:w="9648"/>
      </w:tblGrid>
      <w:tr w:rsidR="00C55DBE" w14:paraId="75D00122" w14:textId="77777777">
        <w:trPr>
          <w:jc w:val="center"/>
        </w:trPr>
        <w:tc>
          <w:tcPr>
            <w:tcW w:w="9648" w:type="dxa"/>
            <w:tcBorders>
              <w:top w:val="single" w:sz="8" w:space="0" w:color="778BA5"/>
              <w:left w:val="single" w:sz="8" w:space="0" w:color="778BA5"/>
              <w:bottom w:val="single" w:sz="8" w:space="0" w:color="778BA5"/>
              <w:right w:val="single" w:sz="8" w:space="0" w:color="778BA5"/>
            </w:tcBorders>
            <w:shd w:val="clear" w:color="auto" w:fill="F0F8FF"/>
          </w:tcPr>
          <w:p w14:paraId="67E8F13D" w14:textId="77777777" w:rsidR="00C55DBE" w:rsidRDefault="002A463B">
            <w:r>
              <w:rPr>
                <w:i/>
              </w:rPr>
              <w:t>Click or tap here to enter text.</w:t>
            </w:r>
          </w:p>
          <w:p w14:paraId="3AA4ADE7" w14:textId="77777777" w:rsidR="00C55DBE" w:rsidRDefault="002A463B">
            <w:r>
              <w:t xml:space="preserve"> </w:t>
            </w:r>
          </w:p>
        </w:tc>
      </w:tr>
    </w:tbl>
    <w:p w14:paraId="07547A01" w14:textId="77777777" w:rsidR="00C55DBE" w:rsidRDefault="00C55DBE">
      <w:pPr>
        <w:spacing w:after="0"/>
      </w:pPr>
    </w:p>
    <w:p w14:paraId="330A676A" w14:textId="77777777" w:rsidR="00C55DBE" w:rsidRDefault="002A463B">
      <w:pPr>
        <w:spacing w:before="100" w:after="40"/>
      </w:pPr>
      <w:r>
        <w:rPr>
          <w:b/>
        </w:rPr>
        <w:t>Facilities:</w:t>
      </w:r>
    </w:p>
    <w:tbl>
      <w:tblPr>
        <w:tblW w:w="0" w:type="auto"/>
        <w:jc w:val="center"/>
        <w:tblLayout w:type="fixed"/>
        <w:tblLook w:val="04A0" w:firstRow="1" w:lastRow="0" w:firstColumn="1" w:lastColumn="0" w:noHBand="0" w:noVBand="1"/>
      </w:tblPr>
      <w:tblGrid>
        <w:gridCol w:w="9648"/>
      </w:tblGrid>
      <w:tr w:rsidR="00C55DBE" w14:paraId="4823CD01" w14:textId="77777777">
        <w:trPr>
          <w:jc w:val="center"/>
        </w:trPr>
        <w:tc>
          <w:tcPr>
            <w:tcW w:w="9648" w:type="dxa"/>
            <w:tcBorders>
              <w:top w:val="single" w:sz="8" w:space="0" w:color="778BA5"/>
              <w:left w:val="single" w:sz="8" w:space="0" w:color="778BA5"/>
              <w:bottom w:val="single" w:sz="8" w:space="0" w:color="778BA5"/>
              <w:right w:val="single" w:sz="8" w:space="0" w:color="778BA5"/>
            </w:tcBorders>
            <w:shd w:val="clear" w:color="auto" w:fill="F0F8FF"/>
          </w:tcPr>
          <w:p w14:paraId="71732CEE" w14:textId="77777777" w:rsidR="00C55DBE" w:rsidRDefault="002A463B">
            <w:r>
              <w:rPr>
                <w:i/>
              </w:rPr>
              <w:t>Click or tap here to enter text.</w:t>
            </w:r>
          </w:p>
          <w:p w14:paraId="77ABD302" w14:textId="77777777" w:rsidR="00C55DBE" w:rsidRDefault="002A463B">
            <w:r>
              <w:t xml:space="preserve"> </w:t>
            </w:r>
          </w:p>
        </w:tc>
      </w:tr>
    </w:tbl>
    <w:p w14:paraId="5043CB0F" w14:textId="77777777" w:rsidR="00C55DBE" w:rsidRDefault="00C55DBE">
      <w:pPr>
        <w:spacing w:after="0"/>
      </w:pPr>
    </w:p>
    <w:p w14:paraId="4F16B31D" w14:textId="77777777" w:rsidR="00C55DBE" w:rsidRDefault="002A463B">
      <w:pPr>
        <w:spacing w:before="100" w:after="40"/>
      </w:pPr>
      <w:r>
        <w:rPr>
          <w:b/>
        </w:rPr>
        <w:t>Staffing:</w:t>
      </w:r>
    </w:p>
    <w:tbl>
      <w:tblPr>
        <w:tblW w:w="0" w:type="auto"/>
        <w:jc w:val="center"/>
        <w:tblLayout w:type="fixed"/>
        <w:tblLook w:val="04A0" w:firstRow="1" w:lastRow="0" w:firstColumn="1" w:lastColumn="0" w:noHBand="0" w:noVBand="1"/>
      </w:tblPr>
      <w:tblGrid>
        <w:gridCol w:w="9648"/>
      </w:tblGrid>
      <w:tr w:rsidR="00C55DBE" w14:paraId="2EC4F5EF" w14:textId="77777777">
        <w:trPr>
          <w:jc w:val="center"/>
        </w:trPr>
        <w:tc>
          <w:tcPr>
            <w:tcW w:w="9648" w:type="dxa"/>
            <w:tcBorders>
              <w:top w:val="single" w:sz="8" w:space="0" w:color="778BA5"/>
              <w:left w:val="single" w:sz="8" w:space="0" w:color="778BA5"/>
              <w:bottom w:val="single" w:sz="8" w:space="0" w:color="778BA5"/>
              <w:right w:val="single" w:sz="8" w:space="0" w:color="778BA5"/>
            </w:tcBorders>
            <w:shd w:val="clear" w:color="auto" w:fill="F0F8FF"/>
          </w:tcPr>
          <w:p w14:paraId="3E5ADB0E" w14:textId="77777777" w:rsidR="00C55DBE" w:rsidRDefault="002A463B">
            <w:r>
              <w:rPr>
                <w:i/>
              </w:rPr>
              <w:t>Click or tap here to enter text.</w:t>
            </w:r>
          </w:p>
          <w:p w14:paraId="0C9381D1" w14:textId="77777777" w:rsidR="00C55DBE" w:rsidRDefault="002A463B">
            <w:r>
              <w:t xml:space="preserve"> </w:t>
            </w:r>
          </w:p>
        </w:tc>
      </w:tr>
    </w:tbl>
    <w:p w14:paraId="07459315" w14:textId="77777777" w:rsidR="00C55DBE" w:rsidRDefault="00C55DBE">
      <w:pPr>
        <w:spacing w:after="0"/>
      </w:pPr>
    </w:p>
    <w:p w14:paraId="19976197" w14:textId="77777777" w:rsidR="00C55DBE" w:rsidRDefault="002A463B">
      <w:pPr>
        <w:spacing w:before="100" w:after="40"/>
      </w:pPr>
      <w:r>
        <w:rPr>
          <w:b/>
        </w:rPr>
        <w:t>Operations:</w:t>
      </w:r>
    </w:p>
    <w:tbl>
      <w:tblPr>
        <w:tblW w:w="0" w:type="auto"/>
        <w:jc w:val="center"/>
        <w:tblLayout w:type="fixed"/>
        <w:tblLook w:val="04A0" w:firstRow="1" w:lastRow="0" w:firstColumn="1" w:lastColumn="0" w:noHBand="0" w:noVBand="1"/>
      </w:tblPr>
      <w:tblGrid>
        <w:gridCol w:w="9648"/>
      </w:tblGrid>
      <w:tr w:rsidR="00C55DBE" w14:paraId="34A8C6AA" w14:textId="77777777">
        <w:trPr>
          <w:jc w:val="center"/>
        </w:trPr>
        <w:tc>
          <w:tcPr>
            <w:tcW w:w="9648" w:type="dxa"/>
            <w:tcBorders>
              <w:top w:val="single" w:sz="8" w:space="0" w:color="778BA5"/>
              <w:left w:val="single" w:sz="8" w:space="0" w:color="778BA5"/>
              <w:bottom w:val="single" w:sz="8" w:space="0" w:color="778BA5"/>
              <w:right w:val="single" w:sz="8" w:space="0" w:color="778BA5"/>
            </w:tcBorders>
            <w:shd w:val="clear" w:color="auto" w:fill="F0F8FF"/>
          </w:tcPr>
          <w:p w14:paraId="028B4902" w14:textId="77777777" w:rsidR="00C55DBE" w:rsidRDefault="002A463B">
            <w:r>
              <w:rPr>
                <w:i/>
              </w:rPr>
              <w:t>Click or tap here to enter text.</w:t>
            </w:r>
          </w:p>
          <w:p w14:paraId="5DD46645" w14:textId="77777777" w:rsidR="00C55DBE" w:rsidRDefault="002A463B">
            <w:r>
              <w:t xml:space="preserve"> </w:t>
            </w:r>
          </w:p>
        </w:tc>
      </w:tr>
    </w:tbl>
    <w:p w14:paraId="6537F28F" w14:textId="77777777" w:rsidR="00C55DBE" w:rsidRDefault="00C55DBE">
      <w:pPr>
        <w:spacing w:after="0"/>
      </w:pPr>
    </w:p>
    <w:p w14:paraId="537F3F06" w14:textId="77777777" w:rsidR="00C55DBE" w:rsidRDefault="002A463B">
      <w:pPr>
        <w:spacing w:before="100" w:after="40"/>
      </w:pPr>
      <w:r>
        <w:rPr>
          <w:b/>
        </w:rPr>
        <w:t>Compliance:</w:t>
      </w:r>
    </w:p>
    <w:tbl>
      <w:tblPr>
        <w:tblW w:w="0" w:type="auto"/>
        <w:jc w:val="center"/>
        <w:tblLayout w:type="fixed"/>
        <w:tblLook w:val="04A0" w:firstRow="1" w:lastRow="0" w:firstColumn="1" w:lastColumn="0" w:noHBand="0" w:noVBand="1"/>
      </w:tblPr>
      <w:tblGrid>
        <w:gridCol w:w="9648"/>
      </w:tblGrid>
      <w:tr w:rsidR="00C55DBE" w14:paraId="12737A81" w14:textId="77777777">
        <w:trPr>
          <w:jc w:val="center"/>
        </w:trPr>
        <w:tc>
          <w:tcPr>
            <w:tcW w:w="9648" w:type="dxa"/>
            <w:tcBorders>
              <w:top w:val="single" w:sz="8" w:space="0" w:color="778BA5"/>
              <w:left w:val="single" w:sz="8" w:space="0" w:color="778BA5"/>
              <w:bottom w:val="single" w:sz="8" w:space="0" w:color="778BA5"/>
              <w:right w:val="single" w:sz="8" w:space="0" w:color="778BA5"/>
            </w:tcBorders>
            <w:shd w:val="clear" w:color="auto" w:fill="F0F8FF"/>
          </w:tcPr>
          <w:p w14:paraId="7F64F76A" w14:textId="77777777" w:rsidR="00C55DBE" w:rsidRDefault="002A463B">
            <w:r>
              <w:rPr>
                <w:i/>
              </w:rPr>
              <w:t>Click or tap here to enter text.</w:t>
            </w:r>
          </w:p>
          <w:p w14:paraId="66978A9C" w14:textId="77777777" w:rsidR="00C55DBE" w:rsidRDefault="002A463B">
            <w:r>
              <w:t xml:space="preserve"> </w:t>
            </w:r>
          </w:p>
        </w:tc>
      </w:tr>
    </w:tbl>
    <w:p w14:paraId="6DFB9E20" w14:textId="77777777" w:rsidR="00C55DBE" w:rsidRDefault="00C55DBE">
      <w:pPr>
        <w:spacing w:after="0"/>
      </w:pPr>
    </w:p>
    <w:p w14:paraId="7B78E707" w14:textId="77777777" w:rsidR="00C55DBE" w:rsidRDefault="002A463B">
      <w:pPr>
        <w:pStyle w:val="Heading1"/>
        <w:pBdr>
          <w:bottom w:val="single" w:sz="10" w:space="4" w:color="F1BA55"/>
        </w:pBdr>
        <w:spacing w:before="200"/>
      </w:pPr>
      <w:r>
        <w:rPr>
          <w:rFonts w:ascii="Poppins" w:eastAsia="Poppins" w:hAnsi="Poppins" w:cs="Poppins"/>
        </w:rPr>
        <w:lastRenderedPageBreak/>
        <w:t>Replication Risk Assessment</w:t>
      </w:r>
    </w:p>
    <w:p w14:paraId="256B547A" w14:textId="77777777" w:rsidR="00C55DBE" w:rsidRDefault="002A463B">
      <w:pPr>
        <w:spacing w:after="100"/>
      </w:pPr>
      <w:r>
        <w:rPr>
          <w:i/>
          <w:sz w:val="18"/>
        </w:rPr>
        <w:t>Identify the most significant risks to successful replication. For each risk, describe the potential effect on the existing or replicated school and the mitigation or contingency action the applicant will take. Consider, as applicable, academic performance, enrollment, facilities, staffing, leadership, governance, finance, compliance, and growth management.</w:t>
      </w:r>
    </w:p>
    <w:p w14:paraId="64F204DC" w14:textId="746693E2" w:rsidR="00C55DBE" w:rsidRDefault="315138B6">
      <w:pPr>
        <w:keepNext/>
        <w:spacing w:after="80"/>
      </w:pPr>
      <w:r w:rsidRPr="315138B6">
        <w:rPr>
          <w:i/>
          <w:iCs/>
          <w:sz w:val="18"/>
          <w:szCs w:val="18"/>
        </w:rPr>
        <w:t xml:space="preserve">Examples may include lower-than-projected enrollment, delays in securing a </w:t>
      </w:r>
      <w:proofErr w:type="gramStart"/>
      <w:r w:rsidRPr="315138B6">
        <w:rPr>
          <w:i/>
          <w:iCs/>
          <w:sz w:val="18"/>
          <w:szCs w:val="18"/>
        </w:rPr>
        <w:t>facility,</w:t>
      </w:r>
      <w:r w:rsidR="32F203BD" w:rsidRPr="315138B6">
        <w:rPr>
          <w:i/>
          <w:iCs/>
          <w:sz w:val="18"/>
          <w:szCs w:val="18"/>
        </w:rPr>
        <w:t xml:space="preserve"> </w:t>
      </w:r>
      <w:r w:rsidRPr="315138B6">
        <w:rPr>
          <w:i/>
          <w:iCs/>
          <w:sz w:val="18"/>
          <w:szCs w:val="18"/>
        </w:rPr>
        <w:t xml:space="preserve"> financial</w:t>
      </w:r>
      <w:proofErr w:type="gramEnd"/>
      <w:r w:rsidRPr="315138B6">
        <w:rPr>
          <w:i/>
          <w:iCs/>
          <w:sz w:val="18"/>
          <w:szCs w:val="18"/>
        </w:rPr>
        <w:t xml:space="preserve"> pressure associated with simultaneous operation of two schools, loss of key personnel, or difficulty maintaining fidelity to essential elements of the existing model. These examples are illustrative; applicants should identify the risks most relevant to their proposed replication.</w:t>
      </w:r>
    </w:p>
    <w:p w14:paraId="036ED26C" w14:textId="77777777" w:rsidR="00C55DBE" w:rsidRDefault="002A463B">
      <w:pPr>
        <w:spacing w:before="100" w:after="40"/>
      </w:pPr>
      <w:r>
        <w:rPr>
          <w:b/>
        </w:rPr>
        <w:t>Risk 1:</w:t>
      </w:r>
    </w:p>
    <w:tbl>
      <w:tblPr>
        <w:tblW w:w="0" w:type="auto"/>
        <w:jc w:val="center"/>
        <w:tblLayout w:type="fixed"/>
        <w:tblLook w:val="04A0" w:firstRow="1" w:lastRow="0" w:firstColumn="1" w:lastColumn="0" w:noHBand="0" w:noVBand="1"/>
      </w:tblPr>
      <w:tblGrid>
        <w:gridCol w:w="9648"/>
      </w:tblGrid>
      <w:tr w:rsidR="00C55DBE" w14:paraId="24B7F0EB" w14:textId="77777777">
        <w:trPr>
          <w:jc w:val="center"/>
        </w:trPr>
        <w:tc>
          <w:tcPr>
            <w:tcW w:w="9648" w:type="dxa"/>
            <w:tcBorders>
              <w:top w:val="single" w:sz="8" w:space="0" w:color="778BA5"/>
              <w:left w:val="single" w:sz="8" w:space="0" w:color="778BA5"/>
              <w:bottom w:val="single" w:sz="8" w:space="0" w:color="778BA5"/>
              <w:right w:val="single" w:sz="8" w:space="0" w:color="778BA5"/>
            </w:tcBorders>
            <w:shd w:val="clear" w:color="auto" w:fill="F0F8FF"/>
          </w:tcPr>
          <w:p w14:paraId="4D16E59E" w14:textId="77777777" w:rsidR="00C55DBE" w:rsidRDefault="002A463B">
            <w:r>
              <w:rPr>
                <w:i/>
              </w:rPr>
              <w:t>Click or tap here to enter text.</w:t>
            </w:r>
          </w:p>
          <w:p w14:paraId="6F8FFF11" w14:textId="77777777" w:rsidR="00C55DBE" w:rsidRDefault="002A463B">
            <w:r>
              <w:t xml:space="preserve"> </w:t>
            </w:r>
          </w:p>
        </w:tc>
      </w:tr>
    </w:tbl>
    <w:p w14:paraId="70DF9E56" w14:textId="77777777" w:rsidR="00C55DBE" w:rsidRDefault="00C55DBE">
      <w:pPr>
        <w:spacing w:after="0"/>
      </w:pPr>
    </w:p>
    <w:p w14:paraId="41CC9D4D" w14:textId="77777777" w:rsidR="00C55DBE" w:rsidRDefault="002A463B">
      <w:pPr>
        <w:spacing w:before="100" w:after="40"/>
      </w:pPr>
      <w:r>
        <w:rPr>
          <w:b/>
        </w:rPr>
        <w:t>Risk 2:</w:t>
      </w:r>
    </w:p>
    <w:tbl>
      <w:tblPr>
        <w:tblW w:w="0" w:type="auto"/>
        <w:jc w:val="center"/>
        <w:tblLayout w:type="fixed"/>
        <w:tblLook w:val="04A0" w:firstRow="1" w:lastRow="0" w:firstColumn="1" w:lastColumn="0" w:noHBand="0" w:noVBand="1"/>
      </w:tblPr>
      <w:tblGrid>
        <w:gridCol w:w="9648"/>
      </w:tblGrid>
      <w:tr w:rsidR="00C55DBE" w14:paraId="5131A763" w14:textId="77777777">
        <w:trPr>
          <w:jc w:val="center"/>
        </w:trPr>
        <w:tc>
          <w:tcPr>
            <w:tcW w:w="9648" w:type="dxa"/>
            <w:tcBorders>
              <w:top w:val="single" w:sz="8" w:space="0" w:color="778BA5"/>
              <w:left w:val="single" w:sz="8" w:space="0" w:color="778BA5"/>
              <w:bottom w:val="single" w:sz="8" w:space="0" w:color="778BA5"/>
              <w:right w:val="single" w:sz="8" w:space="0" w:color="778BA5"/>
            </w:tcBorders>
            <w:shd w:val="clear" w:color="auto" w:fill="F0F8FF"/>
          </w:tcPr>
          <w:p w14:paraId="3C60D1DD" w14:textId="77777777" w:rsidR="00C55DBE" w:rsidRDefault="002A463B">
            <w:r>
              <w:rPr>
                <w:i/>
              </w:rPr>
              <w:t>Click or tap here to enter text.</w:t>
            </w:r>
          </w:p>
          <w:p w14:paraId="336B16C7" w14:textId="77777777" w:rsidR="00C55DBE" w:rsidRDefault="002A463B">
            <w:r>
              <w:t xml:space="preserve"> </w:t>
            </w:r>
          </w:p>
        </w:tc>
      </w:tr>
    </w:tbl>
    <w:p w14:paraId="44E871BC" w14:textId="77777777" w:rsidR="00C55DBE" w:rsidRDefault="00C55DBE">
      <w:pPr>
        <w:spacing w:after="0"/>
      </w:pPr>
    </w:p>
    <w:p w14:paraId="6FBE2F25" w14:textId="77777777" w:rsidR="00C55DBE" w:rsidRDefault="002A463B">
      <w:pPr>
        <w:spacing w:before="100" w:after="40"/>
      </w:pPr>
      <w:r>
        <w:rPr>
          <w:b/>
        </w:rPr>
        <w:t>Risk 3:</w:t>
      </w:r>
    </w:p>
    <w:tbl>
      <w:tblPr>
        <w:tblW w:w="0" w:type="auto"/>
        <w:jc w:val="center"/>
        <w:tblLayout w:type="fixed"/>
        <w:tblLook w:val="04A0" w:firstRow="1" w:lastRow="0" w:firstColumn="1" w:lastColumn="0" w:noHBand="0" w:noVBand="1"/>
      </w:tblPr>
      <w:tblGrid>
        <w:gridCol w:w="9648"/>
      </w:tblGrid>
      <w:tr w:rsidR="00C55DBE" w14:paraId="162A050D" w14:textId="77777777">
        <w:trPr>
          <w:jc w:val="center"/>
        </w:trPr>
        <w:tc>
          <w:tcPr>
            <w:tcW w:w="9648" w:type="dxa"/>
            <w:tcBorders>
              <w:top w:val="single" w:sz="8" w:space="0" w:color="778BA5"/>
              <w:left w:val="single" w:sz="8" w:space="0" w:color="778BA5"/>
              <w:bottom w:val="single" w:sz="8" w:space="0" w:color="778BA5"/>
              <w:right w:val="single" w:sz="8" w:space="0" w:color="778BA5"/>
            </w:tcBorders>
            <w:shd w:val="clear" w:color="auto" w:fill="F0F8FF"/>
          </w:tcPr>
          <w:p w14:paraId="0295A0EA" w14:textId="77777777" w:rsidR="00C55DBE" w:rsidRDefault="002A463B">
            <w:r>
              <w:rPr>
                <w:i/>
              </w:rPr>
              <w:t>Click or tap here to enter text.</w:t>
            </w:r>
          </w:p>
          <w:p w14:paraId="597B45D8" w14:textId="77777777" w:rsidR="00C55DBE" w:rsidRDefault="002A463B">
            <w:r>
              <w:t xml:space="preserve"> </w:t>
            </w:r>
          </w:p>
        </w:tc>
      </w:tr>
    </w:tbl>
    <w:p w14:paraId="144A5D23" w14:textId="77777777" w:rsidR="00C55DBE" w:rsidRDefault="00C55DBE">
      <w:pPr>
        <w:spacing w:after="0"/>
      </w:pPr>
    </w:p>
    <w:p w14:paraId="5E3B3D12" w14:textId="77777777" w:rsidR="00C55DBE" w:rsidRDefault="002A463B">
      <w:pPr>
        <w:spacing w:before="100" w:after="40"/>
      </w:pPr>
      <w:r>
        <w:rPr>
          <w:b/>
        </w:rPr>
        <w:t>Risk 4:</w:t>
      </w:r>
    </w:p>
    <w:tbl>
      <w:tblPr>
        <w:tblW w:w="0" w:type="auto"/>
        <w:jc w:val="center"/>
        <w:tblLayout w:type="fixed"/>
        <w:tblLook w:val="04A0" w:firstRow="1" w:lastRow="0" w:firstColumn="1" w:lastColumn="0" w:noHBand="0" w:noVBand="1"/>
      </w:tblPr>
      <w:tblGrid>
        <w:gridCol w:w="9648"/>
      </w:tblGrid>
      <w:tr w:rsidR="00C55DBE" w14:paraId="39BEC799" w14:textId="77777777">
        <w:trPr>
          <w:jc w:val="center"/>
        </w:trPr>
        <w:tc>
          <w:tcPr>
            <w:tcW w:w="9648" w:type="dxa"/>
            <w:tcBorders>
              <w:top w:val="single" w:sz="8" w:space="0" w:color="778BA5"/>
              <w:left w:val="single" w:sz="8" w:space="0" w:color="778BA5"/>
              <w:bottom w:val="single" w:sz="8" w:space="0" w:color="778BA5"/>
              <w:right w:val="single" w:sz="8" w:space="0" w:color="778BA5"/>
            </w:tcBorders>
            <w:shd w:val="clear" w:color="auto" w:fill="F0F8FF"/>
          </w:tcPr>
          <w:p w14:paraId="4D68BDB2" w14:textId="77777777" w:rsidR="00C55DBE" w:rsidRDefault="002A463B">
            <w:r>
              <w:rPr>
                <w:i/>
              </w:rPr>
              <w:t>Click or tap here to enter text.</w:t>
            </w:r>
          </w:p>
          <w:p w14:paraId="582CCBB7" w14:textId="77777777" w:rsidR="00C55DBE" w:rsidRDefault="002A463B">
            <w:r>
              <w:t xml:space="preserve"> </w:t>
            </w:r>
          </w:p>
        </w:tc>
      </w:tr>
    </w:tbl>
    <w:p w14:paraId="738610EB" w14:textId="77777777" w:rsidR="00C55DBE" w:rsidRDefault="00C55DBE">
      <w:pPr>
        <w:spacing w:after="0"/>
      </w:pPr>
    </w:p>
    <w:p w14:paraId="5758063E" w14:textId="77777777" w:rsidR="00C55DBE" w:rsidRDefault="002A463B">
      <w:pPr>
        <w:spacing w:before="100" w:after="40"/>
      </w:pPr>
      <w:r>
        <w:rPr>
          <w:b/>
        </w:rPr>
        <w:t>Risk 5:</w:t>
      </w:r>
    </w:p>
    <w:tbl>
      <w:tblPr>
        <w:tblW w:w="0" w:type="auto"/>
        <w:jc w:val="center"/>
        <w:tblLayout w:type="fixed"/>
        <w:tblLook w:val="04A0" w:firstRow="1" w:lastRow="0" w:firstColumn="1" w:lastColumn="0" w:noHBand="0" w:noVBand="1"/>
      </w:tblPr>
      <w:tblGrid>
        <w:gridCol w:w="9648"/>
      </w:tblGrid>
      <w:tr w:rsidR="00C55DBE" w14:paraId="3CB81155" w14:textId="77777777">
        <w:trPr>
          <w:jc w:val="center"/>
        </w:trPr>
        <w:tc>
          <w:tcPr>
            <w:tcW w:w="9648" w:type="dxa"/>
            <w:tcBorders>
              <w:top w:val="single" w:sz="8" w:space="0" w:color="778BA5"/>
              <w:left w:val="single" w:sz="8" w:space="0" w:color="778BA5"/>
              <w:bottom w:val="single" w:sz="8" w:space="0" w:color="778BA5"/>
              <w:right w:val="single" w:sz="8" w:space="0" w:color="778BA5"/>
            </w:tcBorders>
            <w:shd w:val="clear" w:color="auto" w:fill="F0F8FF"/>
          </w:tcPr>
          <w:p w14:paraId="4685FD2C" w14:textId="77777777" w:rsidR="00C55DBE" w:rsidRDefault="002A463B">
            <w:r>
              <w:rPr>
                <w:i/>
              </w:rPr>
              <w:t>Click or tap here to enter text.</w:t>
            </w:r>
          </w:p>
          <w:p w14:paraId="7737F961" w14:textId="77777777" w:rsidR="00C55DBE" w:rsidRDefault="002A463B">
            <w:r>
              <w:t xml:space="preserve"> </w:t>
            </w:r>
          </w:p>
        </w:tc>
      </w:tr>
    </w:tbl>
    <w:p w14:paraId="637805D2" w14:textId="77777777" w:rsidR="00C55DBE" w:rsidRDefault="00C55DBE">
      <w:pPr>
        <w:spacing w:after="0"/>
      </w:pPr>
    </w:p>
    <w:p w14:paraId="5B42F2B8" w14:textId="77777777" w:rsidR="00C55DBE" w:rsidRDefault="002A463B">
      <w:pPr>
        <w:pStyle w:val="Heading1"/>
        <w:pBdr>
          <w:bottom w:val="single" w:sz="10" w:space="4" w:color="F1BA55"/>
        </w:pBdr>
        <w:spacing w:before="200"/>
      </w:pPr>
      <w:r>
        <w:rPr>
          <w:rFonts w:ascii="Poppins" w:eastAsia="Poppins" w:hAnsi="Poppins" w:cs="Poppins"/>
        </w:rPr>
        <w:t>Assurance and Signatures</w:t>
      </w:r>
    </w:p>
    <w:p w14:paraId="34C925BC" w14:textId="77777777" w:rsidR="00C55DBE" w:rsidRDefault="002A463B">
      <w:pPr>
        <w:spacing w:before="100" w:after="40"/>
      </w:pPr>
      <w:r>
        <w:rPr>
          <w:b/>
        </w:rPr>
        <w:t>Authorized Representative Name:</w:t>
      </w:r>
    </w:p>
    <w:tbl>
      <w:tblPr>
        <w:tblW w:w="0" w:type="auto"/>
        <w:jc w:val="center"/>
        <w:tblLayout w:type="fixed"/>
        <w:tblLook w:val="04A0" w:firstRow="1" w:lastRow="0" w:firstColumn="1" w:lastColumn="0" w:noHBand="0" w:noVBand="1"/>
      </w:tblPr>
      <w:tblGrid>
        <w:gridCol w:w="9648"/>
      </w:tblGrid>
      <w:tr w:rsidR="00C55DBE" w14:paraId="37762BCE" w14:textId="77777777">
        <w:trPr>
          <w:jc w:val="center"/>
        </w:trPr>
        <w:tc>
          <w:tcPr>
            <w:tcW w:w="9648" w:type="dxa"/>
            <w:tcBorders>
              <w:top w:val="single" w:sz="8" w:space="0" w:color="778BA5"/>
              <w:left w:val="single" w:sz="8" w:space="0" w:color="778BA5"/>
              <w:bottom w:val="single" w:sz="8" w:space="0" w:color="778BA5"/>
              <w:right w:val="single" w:sz="8" w:space="0" w:color="778BA5"/>
            </w:tcBorders>
            <w:shd w:val="clear" w:color="auto" w:fill="F0F8FF"/>
          </w:tcPr>
          <w:p w14:paraId="1F1116B4" w14:textId="77777777" w:rsidR="00C55DBE" w:rsidRDefault="002A463B">
            <w:r>
              <w:rPr>
                <w:i/>
              </w:rPr>
              <w:t>Type full name.</w:t>
            </w:r>
          </w:p>
        </w:tc>
      </w:tr>
    </w:tbl>
    <w:p w14:paraId="463F29E8" w14:textId="77777777" w:rsidR="00C55DBE" w:rsidRDefault="00C55DBE">
      <w:pPr>
        <w:spacing w:after="0"/>
      </w:pPr>
    </w:p>
    <w:p w14:paraId="3F6D6C16" w14:textId="77777777" w:rsidR="00C55DBE" w:rsidRDefault="002A463B">
      <w:pPr>
        <w:spacing w:before="100" w:after="40"/>
      </w:pPr>
      <w:r>
        <w:rPr>
          <w:b/>
        </w:rPr>
        <w:t>Signature:</w:t>
      </w:r>
    </w:p>
    <w:tbl>
      <w:tblPr>
        <w:tblW w:w="0" w:type="auto"/>
        <w:jc w:val="center"/>
        <w:tblLayout w:type="fixed"/>
        <w:tblLook w:val="04A0" w:firstRow="1" w:lastRow="0" w:firstColumn="1" w:lastColumn="0" w:noHBand="0" w:noVBand="1"/>
      </w:tblPr>
      <w:tblGrid>
        <w:gridCol w:w="9648"/>
      </w:tblGrid>
      <w:tr w:rsidR="00C55DBE" w14:paraId="47080DD4" w14:textId="77777777">
        <w:trPr>
          <w:jc w:val="center"/>
        </w:trPr>
        <w:tc>
          <w:tcPr>
            <w:tcW w:w="9648" w:type="dxa"/>
            <w:tcBorders>
              <w:top w:val="single" w:sz="8" w:space="0" w:color="778BA5"/>
              <w:left w:val="single" w:sz="8" w:space="0" w:color="778BA5"/>
              <w:bottom w:val="single" w:sz="8" w:space="0" w:color="778BA5"/>
              <w:right w:val="single" w:sz="8" w:space="0" w:color="778BA5"/>
            </w:tcBorders>
            <w:shd w:val="clear" w:color="auto" w:fill="F0F8FF"/>
          </w:tcPr>
          <w:p w14:paraId="3A3AC742" w14:textId="77777777" w:rsidR="00C55DBE" w:rsidRDefault="002A463B">
            <w:r>
              <w:rPr>
                <w:i/>
              </w:rPr>
              <w:lastRenderedPageBreak/>
              <w:t>Type or apply signature.</w:t>
            </w:r>
          </w:p>
        </w:tc>
      </w:tr>
    </w:tbl>
    <w:p w14:paraId="3B7B4B86" w14:textId="77777777" w:rsidR="00C55DBE" w:rsidRDefault="00C55DBE">
      <w:pPr>
        <w:spacing w:after="0"/>
      </w:pPr>
    </w:p>
    <w:p w14:paraId="3101716D" w14:textId="77777777" w:rsidR="00C55DBE" w:rsidRDefault="002A463B">
      <w:pPr>
        <w:spacing w:before="100" w:after="40"/>
      </w:pPr>
      <w:r>
        <w:rPr>
          <w:b/>
        </w:rPr>
        <w:t>Date:</w:t>
      </w:r>
    </w:p>
    <w:tbl>
      <w:tblPr>
        <w:tblW w:w="0" w:type="auto"/>
        <w:jc w:val="center"/>
        <w:tblLayout w:type="fixed"/>
        <w:tblLook w:val="04A0" w:firstRow="1" w:lastRow="0" w:firstColumn="1" w:lastColumn="0" w:noHBand="0" w:noVBand="1"/>
      </w:tblPr>
      <w:tblGrid>
        <w:gridCol w:w="9648"/>
      </w:tblGrid>
      <w:tr w:rsidR="00C55DBE" w14:paraId="4D4F4408" w14:textId="77777777">
        <w:trPr>
          <w:jc w:val="center"/>
        </w:trPr>
        <w:tc>
          <w:tcPr>
            <w:tcW w:w="9648" w:type="dxa"/>
            <w:tcBorders>
              <w:top w:val="single" w:sz="8" w:space="0" w:color="778BA5"/>
              <w:left w:val="single" w:sz="8" w:space="0" w:color="778BA5"/>
              <w:bottom w:val="single" w:sz="8" w:space="0" w:color="778BA5"/>
              <w:right w:val="single" w:sz="8" w:space="0" w:color="778BA5"/>
            </w:tcBorders>
            <w:shd w:val="clear" w:color="auto" w:fill="F0F8FF"/>
          </w:tcPr>
          <w:p w14:paraId="68FACCA3" w14:textId="77777777" w:rsidR="00C55DBE" w:rsidRDefault="002A463B">
            <w:r>
              <w:rPr>
                <w:i/>
              </w:rPr>
              <w:t>MM/DD/YYYY</w:t>
            </w:r>
          </w:p>
        </w:tc>
      </w:tr>
    </w:tbl>
    <w:p w14:paraId="3A0FF5F2" w14:textId="77777777" w:rsidR="00C55DBE" w:rsidRDefault="00C55DBE">
      <w:pPr>
        <w:spacing w:after="0"/>
      </w:pPr>
    </w:p>
    <w:sectPr w:rsidR="00C55DBE" w:rsidSect="00034616">
      <w:headerReference w:type="default" r:id="rId9"/>
      <w:footerReference w:type="default" r:id="rId10"/>
      <w:pgSz w:w="12240" w:h="15840"/>
      <w:pgMar w:top="792" w:right="1296" w:bottom="1008"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E3F9C" w14:textId="77777777" w:rsidR="002A463B" w:rsidRDefault="002A463B">
      <w:pPr>
        <w:spacing w:after="0" w:line="240" w:lineRule="auto"/>
      </w:pPr>
      <w:r>
        <w:separator/>
      </w:r>
    </w:p>
  </w:endnote>
  <w:endnote w:type="continuationSeparator" w:id="0">
    <w:p w14:paraId="23A60058" w14:textId="77777777" w:rsidR="002A463B" w:rsidRDefault="002A46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Poppins">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59E71" w14:textId="77777777" w:rsidR="00C55DBE" w:rsidRDefault="002A463B">
    <w:pPr>
      <w:pStyle w:val="Footer"/>
      <w:pBdr>
        <w:bottom w:val="single" w:sz="6" w:space="4" w:color="F1BA55"/>
      </w:pBdr>
      <w:jc w:val="center"/>
    </w:pPr>
    <w:r>
      <w:rPr>
        <w:sz w:val="16"/>
      </w:rPr>
      <w:t>South Carolina Charter School Replication Application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857D2" w14:textId="77777777" w:rsidR="002A463B" w:rsidRDefault="002A463B">
      <w:pPr>
        <w:spacing w:after="0" w:line="240" w:lineRule="auto"/>
      </w:pPr>
      <w:r>
        <w:separator/>
      </w:r>
    </w:p>
  </w:footnote>
  <w:footnote w:type="continuationSeparator" w:id="0">
    <w:p w14:paraId="381A4597" w14:textId="77777777" w:rsidR="002A463B" w:rsidRDefault="002A46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0AD66" w14:textId="77777777" w:rsidR="00C55DBE" w:rsidRDefault="00C55DBE">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92702734">
    <w:abstractNumId w:val="8"/>
  </w:num>
  <w:num w:numId="2" w16cid:durableId="695229406">
    <w:abstractNumId w:val="6"/>
  </w:num>
  <w:num w:numId="3" w16cid:durableId="1367103890">
    <w:abstractNumId w:val="5"/>
  </w:num>
  <w:num w:numId="4" w16cid:durableId="966163885">
    <w:abstractNumId w:val="4"/>
  </w:num>
  <w:num w:numId="5" w16cid:durableId="948777746">
    <w:abstractNumId w:val="7"/>
  </w:num>
  <w:num w:numId="6" w16cid:durableId="138309298">
    <w:abstractNumId w:val="3"/>
  </w:num>
  <w:num w:numId="7" w16cid:durableId="65306562">
    <w:abstractNumId w:val="2"/>
  </w:num>
  <w:num w:numId="8" w16cid:durableId="360086764">
    <w:abstractNumId w:val="1"/>
  </w:num>
  <w:num w:numId="9" w16cid:durableId="21179397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20A6E"/>
    <w:rsid w:val="0029639D"/>
    <w:rsid w:val="002A463B"/>
    <w:rsid w:val="00326F90"/>
    <w:rsid w:val="003B7B1C"/>
    <w:rsid w:val="007E7A7B"/>
    <w:rsid w:val="00AA1D8D"/>
    <w:rsid w:val="00B47730"/>
    <w:rsid w:val="00C55DBE"/>
    <w:rsid w:val="00CB0664"/>
    <w:rsid w:val="00FC693F"/>
    <w:rsid w:val="1103D577"/>
    <w:rsid w:val="18B65962"/>
    <w:rsid w:val="2750E17D"/>
    <w:rsid w:val="315138B6"/>
    <w:rsid w:val="32C6F384"/>
    <w:rsid w:val="32F203BD"/>
    <w:rsid w:val="3FE5E89A"/>
    <w:rsid w:val="408165BB"/>
    <w:rsid w:val="41CAF936"/>
    <w:rsid w:val="42822655"/>
    <w:rsid w:val="5A6197FC"/>
    <w:rsid w:val="6946D8DB"/>
    <w:rsid w:val="6BB2F3E3"/>
    <w:rsid w:val="6FCBE731"/>
    <w:rsid w:val="77A6176C"/>
    <w:rsid w:val="7AE609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C1D99433-CBDB-4AB1-816E-AD7CFE47C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eastAsia="Aptos" w:hAnsi="Aptos" w:cs="Aptos"/>
      <w:color w:val="2F3D4C"/>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234058"/>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3718B"/>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rPr>
      <w:color w:val="778BA5"/>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color w:val="778BA5"/>
    </w:r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234058"/>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778BA5"/>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778BA5"/>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3390cb59-90bc-4f11-98fc-f7bb6a79cbfc}" enabled="1" method="Privileged" siteId="{2704e2c5-29f5-4f7e-b91c-bd56f0685995}"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13</Pages>
  <Words>2622</Words>
  <Characters>14948</Characters>
  <Application>Microsoft Office Word</Application>
  <DocSecurity>0</DocSecurity>
  <Lines>124</Lines>
  <Paragraphs>35</Paragraphs>
  <ScaleCrop>false</ScaleCrop>
  <Manager/>
  <Company/>
  <LinksUpToDate>false</LinksUpToDate>
  <CharactersWithSpaces>17535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SCDE Charter School Replication Application - Final</dc:title>
  <dc:subject>Final applicant-facing replication application incorporating stakeholder feedback</dc:subject>
  <dc:creator>Hoskins, Melissa C</dc:creator>
  <cp:keywords/>
  <dc:description>generated by python-docx</dc:description>
  <cp:lastModifiedBy>Hoskins, Melissa C</cp:lastModifiedBy>
  <cp:revision>2</cp:revision>
  <dcterms:created xsi:type="dcterms:W3CDTF">2026-10-23T17:09:00Z</dcterms:created>
  <dcterms:modified xsi:type="dcterms:W3CDTF">2026-10-23T17:09:00Z</dcterms:modified>
  <cp:category/>
</cp:coreProperties>
</file>